
<file path=[Content_Types].xml><?xml version="1.0" encoding="utf-8"?>
<Types xmlns="http://schemas.openxmlformats.org/package/2006/content-types">
  <Default Extension="pn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969"/>
        <w:gridCol w:w="5953"/>
      </w:tblGrid>
      <w:tr w:rsidR="00B93A12" w14:paraId="10DF9632" w14:textId="77777777">
        <w:trPr>
          <w:jc w:val="center"/>
        </w:trPr>
        <w:tc>
          <w:tcPr>
            <w:tcW w:w="396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B4C055" w14:textId="77777777" w:rsidR="00B93A12" w:rsidRDefault="00AD222A">
            <w:r>
              <w:rPr>
                <w:noProof/>
              </w:rPr>
              <w:drawing>
                <wp:inline distT="0" distB="0" distL="0" distR="0" wp14:anchorId="3483B12D" wp14:editId="3B30E543">
                  <wp:extent cx="2052000" cy="81305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hslea_logo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000" cy="813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438372" w14:textId="77777777" w:rsidR="00B93A12" w:rsidRDefault="00AD222A">
            <w:pPr>
              <w:jc w:val="right"/>
            </w:pPr>
            <w:r>
              <w:rPr>
                <w:b/>
                <w:sz w:val="30"/>
              </w:rPr>
              <w:t>ASSOCIATE MEMBERSHIP APPLICATION FORM</w:t>
            </w:r>
          </w:p>
          <w:p w14:paraId="7416B54E" w14:textId="77777777" w:rsidR="00B93A12" w:rsidRDefault="00AD222A">
            <w:pPr>
              <w:jc w:val="right"/>
            </w:pPr>
            <w:r>
              <w:rPr>
                <w:color w:val="6B6670"/>
              </w:rPr>
              <w:t>Australian Hide Skin and Leather Exporters Association Ltd</w:t>
            </w:r>
          </w:p>
          <w:p w14:paraId="26366C25" w14:textId="77777777" w:rsidR="00B93A12" w:rsidRDefault="00AD222A">
            <w:pPr>
              <w:jc w:val="right"/>
            </w:pPr>
            <w:r>
              <w:t>ABN: 39 174 408 287</w:t>
            </w:r>
          </w:p>
        </w:tc>
      </w:tr>
    </w:tbl>
    <w:p w14:paraId="6C91ABF7" w14:textId="77777777" w:rsidR="00B93A12" w:rsidRDefault="00B93A12">
      <w:pPr>
        <w:pBdr>
          <w:bottom w:val="single" w:sz="8" w:space="1" w:color="C76F36"/>
        </w:pBd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596"/>
      </w:tblGrid>
      <w:tr w:rsidR="00B93A12" w:rsidRPr="002C2F10" w14:paraId="46C54412" w14:textId="77777777">
        <w:tc>
          <w:tcPr>
            <w:tcW w:w="10596" w:type="dxa"/>
            <w:tcBorders>
              <w:top w:val="single" w:sz="4" w:space="0" w:color="E7E1EA"/>
              <w:left w:val="single" w:sz="4" w:space="0" w:color="E7E1EA"/>
              <w:bottom w:val="single" w:sz="4" w:space="0" w:color="E7E1EA"/>
              <w:right w:val="single" w:sz="4" w:space="0" w:color="E7E1EA"/>
            </w:tcBorders>
            <w:shd w:val="clear" w:color="auto" w:fill="F4F1F5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A916782" w14:textId="373CD9FE" w:rsidR="002C2F10" w:rsidRDefault="00AD22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Submit completed applications to AHSLEA at </w:t>
            </w:r>
            <w:r w:rsidRPr="002C2F10">
              <w:rPr>
                <w:rFonts w:asciiTheme="majorHAnsi" w:hAnsiTheme="majorHAnsi" w:cstheme="majorHAnsi"/>
                <w:b/>
                <w:color w:val="CA6F36"/>
                <w:sz w:val="20"/>
                <w:szCs w:val="20"/>
              </w:rPr>
              <w:t>contact@ahslea.com.au</w:t>
            </w: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   </w:t>
            </w:r>
          </w:p>
          <w:p w14:paraId="2B7F1E97" w14:textId="4BFE6C66" w:rsidR="00B93A12" w:rsidRPr="002C2F10" w:rsidRDefault="00AD22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>An invoice will be issued if the application is approved.</w:t>
            </w:r>
          </w:p>
        </w:tc>
      </w:tr>
    </w:tbl>
    <w:p w14:paraId="04ED3FB5" w14:textId="77777777" w:rsidR="00D4713C" w:rsidRDefault="00D4713C">
      <w:pPr>
        <w:pStyle w:val="Heading1"/>
        <w:rPr>
          <w:rFonts w:cstheme="majorHAnsi"/>
          <w:sz w:val="22"/>
          <w:szCs w:val="22"/>
        </w:rPr>
      </w:pPr>
    </w:p>
    <w:p w14:paraId="18D14FBE" w14:textId="6AB3EF91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t xml:space="preserve">1. Applicant </w:t>
      </w:r>
      <w:r w:rsidR="00D4713C">
        <w:rPr>
          <w:rFonts w:cstheme="majorHAnsi"/>
          <w:sz w:val="22"/>
          <w:szCs w:val="22"/>
        </w:rPr>
        <w:t>D</w:t>
      </w:r>
      <w:r w:rsidRPr="002C2F10">
        <w:rPr>
          <w:rFonts w:cstheme="majorHAnsi"/>
          <w:sz w:val="22"/>
          <w:szCs w:val="22"/>
        </w:rPr>
        <w:t>etails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7144"/>
      </w:tblGrid>
      <w:tr w:rsidR="00B93A12" w:rsidRPr="002C2F10" w14:paraId="0C9E7F11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0ECE066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Legal entity / business name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A6981A0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Full legal name of company, firm or business.</w:t>
            </w:r>
          </w:p>
        </w:tc>
      </w:tr>
      <w:tr w:rsidR="00B93A12" w:rsidRPr="002C2F10" w14:paraId="6A940161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7D5B89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Trading name, if different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F2D5EA0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Trading name or N/A.</w:t>
            </w:r>
          </w:p>
        </w:tc>
      </w:tr>
      <w:tr w:rsidR="00B93A12" w:rsidRPr="002C2F10" w14:paraId="6772197F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05DD99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ABN / ACN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131DFC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ABN and, where applicable, ACN.</w:t>
            </w:r>
          </w:p>
        </w:tc>
      </w:tr>
      <w:tr w:rsidR="00B93A12" w:rsidRPr="002C2F10" w14:paraId="19B870A9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F490BE2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Postal address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59A269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Postal address for formal notices and invoices.</w:t>
            </w:r>
          </w:p>
        </w:tc>
      </w:tr>
      <w:tr w:rsidR="00B93A12" w:rsidRPr="002C2F10" w14:paraId="28A71D59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3C6C70E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Business street address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CF3EC1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Principal place of business.</w:t>
            </w:r>
          </w:p>
        </w:tc>
      </w:tr>
      <w:tr w:rsidR="00B93A12" w:rsidRPr="002C2F10" w14:paraId="5B79793E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E1DB1C1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Phone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4390B76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Main business contact number.</w:t>
            </w:r>
          </w:p>
        </w:tc>
      </w:tr>
      <w:tr w:rsidR="00B93A12" w:rsidRPr="002C2F10" w14:paraId="6B38D300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E2D3562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Email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765E618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Primary business email.</w:t>
            </w:r>
          </w:p>
        </w:tc>
      </w:tr>
      <w:tr w:rsidR="00B93A12" w:rsidRPr="002C2F10" w14:paraId="4B5E3AED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038E3F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Website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97512C7" w14:textId="77777777" w:rsidR="00B93A12" w:rsidRPr="00141714" w:rsidRDefault="00AD222A">
            <w:pPr>
              <w:spacing w:after="30" w:line="240" w:lineRule="auto"/>
              <w:rPr>
                <w:rFonts w:asciiTheme="majorHAnsi" w:hAnsiTheme="majorHAnsi" w:cstheme="majorHAnsi"/>
                <w:i/>
                <w:iCs/>
                <w:sz w:val="20"/>
                <w:szCs w:val="20"/>
              </w:rPr>
            </w:pPr>
            <w:r w:rsidRPr="00141714">
              <w:rPr>
                <w:rFonts w:asciiTheme="majorHAnsi" w:hAnsiTheme="majorHAnsi" w:cstheme="majorHAnsi"/>
                <w:i/>
                <w:iCs/>
                <w:color w:val="6B6670"/>
                <w:sz w:val="20"/>
                <w:szCs w:val="20"/>
              </w:rPr>
              <w:t>Website or N/A.</w:t>
            </w:r>
          </w:p>
        </w:tc>
      </w:tr>
    </w:tbl>
    <w:p w14:paraId="79077FBE" w14:textId="77777777" w:rsidR="00B93A12" w:rsidRPr="002C2F10" w:rsidRDefault="00B93A12">
      <w:pPr>
        <w:rPr>
          <w:rFonts w:asciiTheme="majorHAnsi" w:hAnsiTheme="majorHAnsi" w:cstheme="majorHAnsi"/>
          <w:sz w:val="20"/>
          <w:szCs w:val="20"/>
        </w:rPr>
      </w:pPr>
    </w:p>
    <w:p w14:paraId="2FBCA093" w14:textId="0AE5E7A9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t xml:space="preserve">2. Directors, </w:t>
      </w:r>
      <w:r w:rsidR="00D4713C">
        <w:rPr>
          <w:rFonts w:cstheme="majorHAnsi"/>
          <w:sz w:val="22"/>
          <w:szCs w:val="22"/>
        </w:rPr>
        <w:t>P</w:t>
      </w:r>
      <w:r w:rsidRPr="002C2F10">
        <w:rPr>
          <w:rFonts w:cstheme="majorHAnsi"/>
          <w:sz w:val="22"/>
          <w:szCs w:val="22"/>
        </w:rPr>
        <w:t>artners and AHSLEA contacts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94"/>
        <w:gridCol w:w="2381"/>
        <w:gridCol w:w="3118"/>
        <w:gridCol w:w="1871"/>
      </w:tblGrid>
      <w:tr w:rsidR="00B93A12" w:rsidRPr="002C2F10" w14:paraId="68EB2EA4" w14:textId="77777777">
        <w:trPr>
          <w:jc w:val="center"/>
        </w:trPr>
        <w:tc>
          <w:tcPr>
            <w:tcW w:w="249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2F2A3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268E750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238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2F2A3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7EE5F1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Position / title</w:t>
            </w:r>
          </w:p>
        </w:tc>
        <w:tc>
          <w:tcPr>
            <w:tcW w:w="311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2F2A3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482E62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Email</w:t>
            </w:r>
          </w:p>
        </w:tc>
        <w:tc>
          <w:tcPr>
            <w:tcW w:w="187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2F2A3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4284BA8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Phone</w:t>
            </w:r>
          </w:p>
        </w:tc>
      </w:tr>
      <w:tr w:rsidR="00B93A12" w:rsidRPr="002C2F10" w14:paraId="37386375" w14:textId="77777777">
        <w:trPr>
          <w:jc w:val="center"/>
        </w:trPr>
        <w:tc>
          <w:tcPr>
            <w:tcW w:w="249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6935C7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40D1DB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BFB219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20465D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B93A12" w:rsidRPr="002C2F10" w14:paraId="25AFD866" w14:textId="77777777">
        <w:trPr>
          <w:jc w:val="center"/>
        </w:trPr>
        <w:tc>
          <w:tcPr>
            <w:tcW w:w="249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94C5B25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1515389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FE9858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273F30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B93A12" w:rsidRPr="002C2F10" w14:paraId="5AD56021" w14:textId="77777777">
        <w:trPr>
          <w:jc w:val="center"/>
        </w:trPr>
        <w:tc>
          <w:tcPr>
            <w:tcW w:w="249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60D913A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89458C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A3DDFC7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BEBFEB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B93A12" w:rsidRPr="002C2F10" w14:paraId="1DF62813" w14:textId="77777777">
        <w:trPr>
          <w:jc w:val="center"/>
        </w:trPr>
        <w:tc>
          <w:tcPr>
            <w:tcW w:w="249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D5AFF3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ECBCE94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BC0BA50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B871E4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</w:tbl>
    <w:p w14:paraId="076C1847" w14:textId="77777777" w:rsidR="00B93A12" w:rsidRPr="002C2F10" w:rsidRDefault="00B93A12">
      <w:pPr>
        <w:rPr>
          <w:rFonts w:asciiTheme="majorHAnsi" w:hAnsiTheme="majorHAnsi" w:cstheme="majorHAnsi"/>
          <w:sz w:val="20"/>
          <w:szCs w:val="20"/>
        </w:rPr>
      </w:pPr>
    </w:p>
    <w:p w14:paraId="58EC182F" w14:textId="77777777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t>3. Industry relationship and member information needs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7144"/>
      </w:tblGrid>
      <w:tr w:rsidR="00B93A12" w:rsidRPr="002C2F10" w14:paraId="590FB813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468AC58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Summary of activities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A8B409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color w:val="6B6670"/>
                <w:sz w:val="20"/>
                <w:szCs w:val="20"/>
              </w:rPr>
              <w:t>Describe your organisation’s role, services, capability or relationship to the hides, skins, sheepskins, leather, tanning, processing, exporting or related supply chain.</w:t>
            </w:r>
          </w:p>
        </w:tc>
      </w:tr>
      <w:tr w:rsidR="00B93A12" w:rsidRPr="002C2F10" w14:paraId="370D5241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B15A604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Products / services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88EBDA0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proofErr w:type="gramStart"/>
            <w:r w:rsidRPr="002C2F10">
              <w:rPr>
                <w:rFonts w:asciiTheme="majorHAnsi" w:hAnsiTheme="majorHAnsi" w:cstheme="majorHAnsi"/>
                <w:color w:val="6B6670"/>
                <w:sz w:val="20"/>
                <w:szCs w:val="20"/>
              </w:rPr>
              <w:t>List</w:t>
            </w:r>
            <w:proofErr w:type="gramEnd"/>
            <w:r w:rsidRPr="002C2F10">
              <w:rPr>
                <w:rFonts w:asciiTheme="majorHAnsi" w:hAnsiTheme="majorHAnsi" w:cstheme="majorHAnsi"/>
                <w:color w:val="6B6670"/>
                <w:sz w:val="20"/>
                <w:szCs w:val="20"/>
              </w:rPr>
              <w:t xml:space="preserve"> principal products or services.</w:t>
            </w:r>
          </w:p>
        </w:tc>
      </w:tr>
      <w:tr w:rsidR="00B93A12" w:rsidRPr="002C2F10" w14:paraId="2EBC10D9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5196B1F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lastRenderedPageBreak/>
              <w:t>Industry segment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B2F4022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color w:val="6B6670"/>
                <w:sz w:val="20"/>
                <w:szCs w:val="20"/>
              </w:rPr>
              <w:t>Supplier, service provider, processor, classer, logistics provider, consultant, equipment provider, customer, research/training body, government/agency or other.</w:t>
            </w:r>
          </w:p>
        </w:tc>
      </w:tr>
      <w:tr w:rsidR="00B93A12" w:rsidRPr="002C2F10" w14:paraId="21E4CF40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A20B384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Industry licences / approvals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393A31A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color w:val="6B6670"/>
                <w:sz w:val="20"/>
                <w:szCs w:val="20"/>
              </w:rPr>
              <w:t>List relevant licences, registrations, accreditations or N/A.</w:t>
            </w:r>
          </w:p>
        </w:tc>
      </w:tr>
    </w:tbl>
    <w:p w14:paraId="61EF8392" w14:textId="77777777" w:rsidR="00B93A12" w:rsidRPr="002C2F10" w:rsidRDefault="00B93A12">
      <w:pPr>
        <w:rPr>
          <w:rFonts w:asciiTheme="majorHAnsi" w:hAnsiTheme="majorHAnsi" w:cstheme="majorHAnsi"/>
          <w:sz w:val="20"/>
          <w:szCs w:val="20"/>
        </w:rPr>
      </w:pPr>
    </w:p>
    <w:p w14:paraId="3C975028" w14:textId="6312DA8E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t xml:space="preserve">4. Proposer and </w:t>
      </w:r>
      <w:r w:rsidR="002A710F">
        <w:rPr>
          <w:rFonts w:cstheme="majorHAnsi"/>
          <w:sz w:val="22"/>
          <w:szCs w:val="22"/>
        </w:rPr>
        <w:t>S</w:t>
      </w:r>
      <w:r w:rsidRPr="002C2F10">
        <w:rPr>
          <w:rFonts w:cstheme="majorHAnsi"/>
          <w:sz w:val="22"/>
          <w:szCs w:val="22"/>
        </w:rPr>
        <w:t>econder</w:t>
      </w:r>
    </w:p>
    <w:p w14:paraId="13EAD963" w14:textId="181D2EDA" w:rsidR="00B93A12" w:rsidRDefault="00AD222A">
      <w:pPr>
        <w:keepNext/>
        <w:rPr>
          <w:rFonts w:asciiTheme="majorHAnsi" w:hAnsiTheme="majorHAnsi" w:cstheme="majorHAnsi"/>
          <w:color w:val="6B6670"/>
          <w:sz w:val="20"/>
          <w:szCs w:val="20"/>
        </w:rPr>
      </w:pPr>
      <w:r w:rsidRPr="002C2F10">
        <w:rPr>
          <w:rFonts w:asciiTheme="majorHAnsi" w:hAnsiTheme="majorHAnsi" w:cstheme="majorHAnsi"/>
          <w:color w:val="6B6670"/>
          <w:sz w:val="20"/>
          <w:szCs w:val="20"/>
        </w:rPr>
        <w:t>To be completed by existing AHSLEA full members.</w:t>
      </w:r>
    </w:p>
    <w:p w14:paraId="1DE56E47" w14:textId="77777777" w:rsidR="00D4713C" w:rsidRPr="002C2F10" w:rsidRDefault="00D4713C">
      <w:pPr>
        <w:keepNext/>
        <w:rPr>
          <w:rFonts w:asciiTheme="majorHAnsi" w:hAnsiTheme="majorHAnsi" w:cstheme="majorHAnsi"/>
          <w:sz w:val="20"/>
          <w:szCs w:val="20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6"/>
        <w:gridCol w:w="2948"/>
        <w:gridCol w:w="2041"/>
      </w:tblGrid>
      <w:tr w:rsidR="00B93A12" w:rsidRPr="002C2F10" w14:paraId="5C51FB75" w14:textId="77777777">
        <w:trPr>
          <w:jc w:val="center"/>
        </w:trPr>
        <w:tc>
          <w:tcPr>
            <w:tcW w:w="4876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2F2A3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3A2700D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Member organisation and representative</w:t>
            </w:r>
          </w:p>
        </w:tc>
        <w:tc>
          <w:tcPr>
            <w:tcW w:w="294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2F2A3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9B16854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Signature</w:t>
            </w:r>
          </w:p>
        </w:tc>
        <w:tc>
          <w:tcPr>
            <w:tcW w:w="204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2F2A3D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FC54E7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b/>
                <w:color w:val="FFFFFF"/>
                <w:sz w:val="20"/>
                <w:szCs w:val="20"/>
              </w:rPr>
              <w:t>Date</w:t>
            </w:r>
          </w:p>
        </w:tc>
      </w:tr>
      <w:tr w:rsidR="00B93A12" w:rsidRPr="002C2F10" w14:paraId="6A4A889A" w14:textId="77777777">
        <w:trPr>
          <w:jc w:val="center"/>
        </w:trPr>
        <w:tc>
          <w:tcPr>
            <w:tcW w:w="4876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02893AA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>Proposed by existing full member</w:t>
            </w:r>
            <w:r w:rsidRPr="002C2F10">
              <w:rPr>
                <w:rFonts w:asciiTheme="majorHAnsi" w:hAnsiTheme="majorHAnsi" w:cstheme="majorHAnsi"/>
                <w:sz w:val="20"/>
                <w:szCs w:val="20"/>
              </w:rPr>
              <w:br/>
              <w:t>Name and title:</w:t>
            </w:r>
            <w:r w:rsidRPr="002C2F10">
              <w:rPr>
                <w:rFonts w:asciiTheme="majorHAnsi" w:hAnsiTheme="majorHAnsi" w:cstheme="majorHAnsi"/>
                <w:sz w:val="20"/>
                <w:szCs w:val="20"/>
              </w:rPr>
              <w:br/>
              <w:t>Email / phone:</w:t>
            </w:r>
          </w:p>
        </w:tc>
        <w:tc>
          <w:tcPr>
            <w:tcW w:w="294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B5CAA2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C2B7594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  <w:tr w:rsidR="00B93A12" w:rsidRPr="002C2F10" w14:paraId="4D04323E" w14:textId="77777777">
        <w:trPr>
          <w:jc w:val="center"/>
        </w:trPr>
        <w:tc>
          <w:tcPr>
            <w:tcW w:w="4876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86773FB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>Seconded by existing full member</w:t>
            </w:r>
            <w:r w:rsidRPr="002C2F10">
              <w:rPr>
                <w:rFonts w:asciiTheme="majorHAnsi" w:hAnsiTheme="majorHAnsi" w:cstheme="majorHAnsi"/>
                <w:sz w:val="20"/>
                <w:szCs w:val="20"/>
              </w:rPr>
              <w:br/>
              <w:t>Name and title:</w:t>
            </w:r>
            <w:r w:rsidRPr="002C2F10">
              <w:rPr>
                <w:rFonts w:asciiTheme="majorHAnsi" w:hAnsiTheme="majorHAnsi" w:cstheme="majorHAnsi"/>
                <w:sz w:val="20"/>
                <w:szCs w:val="20"/>
              </w:rPr>
              <w:br/>
              <w:t>Email / phone:</w:t>
            </w:r>
          </w:p>
        </w:tc>
        <w:tc>
          <w:tcPr>
            <w:tcW w:w="2948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3D93D93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01BFEA2" w14:textId="77777777" w:rsidR="00B93A12" w:rsidRPr="002C2F10" w:rsidRDefault="00AD222A">
            <w:pPr>
              <w:spacing w:after="30"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</w:tr>
    </w:tbl>
    <w:p w14:paraId="35084081" w14:textId="77777777" w:rsidR="00B93A12" w:rsidRPr="002C2F10" w:rsidRDefault="00B93A12">
      <w:pPr>
        <w:rPr>
          <w:rFonts w:asciiTheme="majorHAnsi" w:hAnsiTheme="majorHAnsi" w:cstheme="majorHAnsi"/>
          <w:sz w:val="20"/>
          <w:szCs w:val="20"/>
        </w:rPr>
      </w:pPr>
    </w:p>
    <w:p w14:paraId="189F5DC5" w14:textId="77777777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t>5. References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7144"/>
      </w:tblGrid>
      <w:tr w:rsidR="00B93A12" w:rsidRPr="00D4713C" w14:paraId="24C4374B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DD1E4B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Banker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1DFE0EA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color w:val="6B6670"/>
                <w:sz w:val="20"/>
                <w:szCs w:val="20"/>
              </w:rPr>
              <w:t>Name, branch/contact, phone and email.</w:t>
            </w:r>
          </w:p>
        </w:tc>
      </w:tr>
      <w:tr w:rsidR="00B93A12" w:rsidRPr="00D4713C" w14:paraId="688974EA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689FA43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Industry reference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65290CA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color w:val="6B6670"/>
                <w:sz w:val="20"/>
                <w:szCs w:val="20"/>
              </w:rPr>
              <w:t>Organisation and contact details.</w:t>
            </w:r>
          </w:p>
        </w:tc>
      </w:tr>
      <w:tr w:rsidR="00B93A12" w:rsidRPr="00D4713C" w14:paraId="1263BF34" w14:textId="77777777">
        <w:trPr>
          <w:trHeight w:val="408"/>
          <w:jc w:val="center"/>
        </w:trPr>
        <w:tc>
          <w:tcPr>
            <w:tcW w:w="2835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C57258C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Other business reference</w:t>
            </w:r>
          </w:p>
        </w:tc>
        <w:tc>
          <w:tcPr>
            <w:tcW w:w="7144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6486552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color w:val="6B6670"/>
                <w:sz w:val="20"/>
                <w:szCs w:val="20"/>
              </w:rPr>
              <w:t>Organisation and contact details.</w:t>
            </w:r>
          </w:p>
        </w:tc>
      </w:tr>
    </w:tbl>
    <w:p w14:paraId="17AADB26" w14:textId="77777777" w:rsidR="00B93A12" w:rsidRPr="002C2F10" w:rsidRDefault="00B93A12">
      <w:pPr>
        <w:rPr>
          <w:rFonts w:asciiTheme="majorHAnsi" w:hAnsiTheme="majorHAnsi" w:cstheme="majorHAnsi"/>
          <w:sz w:val="20"/>
          <w:szCs w:val="20"/>
        </w:rPr>
      </w:pPr>
    </w:p>
    <w:p w14:paraId="10A60F8F" w14:textId="77777777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t>6. Membership fee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596"/>
      </w:tblGrid>
      <w:tr w:rsidR="00B93A12" w:rsidRPr="002C2F10" w14:paraId="6351119B" w14:textId="77777777" w:rsidTr="002A710F">
        <w:tc>
          <w:tcPr>
            <w:tcW w:w="10596" w:type="dxa"/>
            <w:tcBorders>
              <w:top w:val="single" w:sz="4" w:space="0" w:color="E7E1EA"/>
              <w:left w:val="single" w:sz="4" w:space="0" w:color="E7E1EA"/>
              <w:bottom w:val="single" w:sz="4" w:space="0" w:color="E7E1EA"/>
              <w:right w:val="single" w:sz="4" w:space="0" w:color="E7E1EA"/>
            </w:tcBorders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4DAF90C1" w14:textId="4AE0C194" w:rsidR="00B93A12" w:rsidRPr="002C2F10" w:rsidRDefault="00AD222A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2C2F10">
              <w:rPr>
                <w:rFonts w:asciiTheme="majorHAnsi" w:hAnsiTheme="majorHAnsi" w:cstheme="majorHAnsi"/>
                <w:sz w:val="20"/>
                <w:szCs w:val="20"/>
              </w:rPr>
              <w:t>AUD$1,300 per annum plus GST</w:t>
            </w:r>
            <w:r w:rsidR="002A710F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</w:tbl>
    <w:p w14:paraId="79FAA43F" w14:textId="77777777" w:rsidR="0060719F" w:rsidRDefault="0060719F">
      <w:pPr>
        <w:pStyle w:val="Heading1"/>
        <w:rPr>
          <w:rFonts w:cstheme="majorHAnsi"/>
          <w:sz w:val="22"/>
          <w:szCs w:val="22"/>
        </w:rPr>
      </w:pPr>
    </w:p>
    <w:p w14:paraId="381D4AD0" w14:textId="495FC44D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t>7. Eligibility, declarations and governance requirements</w:t>
      </w:r>
    </w:p>
    <w:p w14:paraId="56CBEFCB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The applicant applies for associate membership of AHSLEA and, if accepted, agrees to be bound by the Association’s Constitution and applicable policies.</w:t>
      </w:r>
    </w:p>
    <w:p w14:paraId="68BB1D9A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The applicant confirms the information provided is true, current and complete to the best of its knowledge.</w:t>
      </w:r>
    </w:p>
    <w:p w14:paraId="6D6B9B7F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The applicant consents to AHSLEA contacting referees and undertaking reasonable checks relevant to membership eligibility, reputation and business reliability.</w:t>
      </w:r>
    </w:p>
    <w:p w14:paraId="54394F52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The applicant agrees to promptly advise AHSLEA of any material change in ownership, control, contact details, eligibility or relevant industry details.</w:t>
      </w:r>
    </w:p>
    <w:p w14:paraId="35A4E41E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The applicant acknowledges membership is subject to approval by AHSLEA and payment of the applicable subscription once invoiced.</w:t>
      </w:r>
    </w:p>
    <w:p w14:paraId="11D018E2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The applicant acknowledges associate membership may have different rights and entitlements from full membership under the Constitution.</w:t>
      </w:r>
    </w:p>
    <w:p w14:paraId="7382F909" w14:textId="77777777" w:rsidR="0060719F" w:rsidRDefault="0060719F">
      <w:pPr>
        <w:spacing w:after="200" w:line="276" w:lineRule="auto"/>
        <w:rPr>
          <w:rFonts w:asciiTheme="majorHAnsi" w:eastAsiaTheme="majorEastAsia" w:hAnsiTheme="majorHAnsi" w:cstheme="majorHAnsi"/>
          <w:b/>
          <w:bCs/>
          <w:sz w:val="22"/>
        </w:rPr>
      </w:pPr>
      <w:r>
        <w:rPr>
          <w:rFonts w:cstheme="majorHAnsi"/>
          <w:sz w:val="22"/>
        </w:rPr>
        <w:br w:type="page"/>
      </w:r>
    </w:p>
    <w:p w14:paraId="7757629A" w14:textId="60F355EB" w:rsidR="00B93A12" w:rsidRPr="002C2F10" w:rsidRDefault="00AD222A">
      <w:pPr>
        <w:pStyle w:val="Heading1"/>
        <w:rPr>
          <w:rFonts w:cstheme="majorHAnsi"/>
          <w:sz w:val="22"/>
          <w:szCs w:val="22"/>
        </w:rPr>
      </w:pPr>
      <w:r w:rsidRPr="002C2F10">
        <w:rPr>
          <w:rFonts w:cstheme="majorHAnsi"/>
          <w:sz w:val="22"/>
          <w:szCs w:val="22"/>
        </w:rPr>
        <w:lastRenderedPageBreak/>
        <w:t xml:space="preserve">8. Applicant </w:t>
      </w:r>
      <w:r w:rsidR="002A710F">
        <w:rPr>
          <w:rFonts w:cstheme="majorHAnsi"/>
          <w:sz w:val="22"/>
          <w:szCs w:val="22"/>
        </w:rPr>
        <w:t>S</w:t>
      </w:r>
      <w:r w:rsidRPr="002C2F10">
        <w:rPr>
          <w:rFonts w:cstheme="majorHAnsi"/>
          <w:sz w:val="22"/>
          <w:szCs w:val="22"/>
        </w:rPr>
        <w:t>ignature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32"/>
        <w:gridCol w:w="4932"/>
      </w:tblGrid>
      <w:tr w:rsidR="00B93A12" w:rsidRPr="00D4713C" w14:paraId="3EE9EF4A" w14:textId="77777777">
        <w:trPr>
          <w:jc w:val="center"/>
        </w:trPr>
        <w:tc>
          <w:tcPr>
            <w:tcW w:w="4932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6E993D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Signed for applicant</w:t>
            </w:r>
          </w:p>
        </w:tc>
        <w:tc>
          <w:tcPr>
            <w:tcW w:w="4932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3F9BD8F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Name and title</w:t>
            </w:r>
          </w:p>
        </w:tc>
      </w:tr>
      <w:tr w:rsidR="00B93A12" w:rsidRPr="00D4713C" w14:paraId="01647B7F" w14:textId="77777777">
        <w:trPr>
          <w:jc w:val="center"/>
        </w:trPr>
        <w:tc>
          <w:tcPr>
            <w:tcW w:w="4932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F8DC9A4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Signature</w:t>
            </w:r>
          </w:p>
        </w:tc>
        <w:tc>
          <w:tcPr>
            <w:tcW w:w="4932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7D77A9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Date</w:t>
            </w:r>
          </w:p>
        </w:tc>
      </w:tr>
      <w:tr w:rsidR="00B93A12" w:rsidRPr="00D4713C" w14:paraId="57A2B462" w14:textId="77777777">
        <w:trPr>
          <w:jc w:val="center"/>
        </w:trPr>
        <w:tc>
          <w:tcPr>
            <w:tcW w:w="4932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6E2563C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Authority to sign</w:t>
            </w:r>
          </w:p>
        </w:tc>
        <w:tc>
          <w:tcPr>
            <w:tcW w:w="4932" w:type="dxa"/>
            <w:tcBorders>
              <w:top w:val="single" w:sz="4" w:space="0" w:color="D7D2DA"/>
              <w:left w:val="single" w:sz="4" w:space="0" w:color="D7D2DA"/>
              <w:bottom w:val="single" w:sz="4" w:space="0" w:color="D7D2DA"/>
              <w:right w:val="single" w:sz="4" w:space="0" w:color="D7D2DA"/>
            </w:tcBorders>
            <w:shd w:val="clear" w:color="auto" w:fill="F4F1F5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412FDE3" w14:textId="77777777" w:rsidR="00B93A12" w:rsidRPr="00D4713C" w:rsidRDefault="00AD222A">
            <w:pPr>
              <w:spacing w:after="30" w:line="240" w:lineRule="auto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D4713C">
              <w:rPr>
                <w:rFonts w:asciiTheme="majorHAnsi" w:hAnsiTheme="majorHAnsi" w:cstheme="majorHAnsi"/>
                <w:bCs/>
                <w:sz w:val="20"/>
                <w:szCs w:val="20"/>
              </w:rPr>
              <w:t>Email / phone</w:t>
            </w:r>
          </w:p>
        </w:tc>
      </w:tr>
    </w:tbl>
    <w:p w14:paraId="17EEFDAA" w14:textId="77777777" w:rsidR="00B93A12" w:rsidRPr="002C2F10" w:rsidRDefault="00B93A12">
      <w:pPr>
        <w:rPr>
          <w:rFonts w:asciiTheme="majorHAnsi" w:hAnsiTheme="majorHAnsi" w:cstheme="majorHAnsi"/>
          <w:sz w:val="20"/>
          <w:szCs w:val="20"/>
        </w:rPr>
      </w:pPr>
    </w:p>
    <w:p w14:paraId="46862DB0" w14:textId="77777777" w:rsidR="00B93A12" w:rsidRPr="002C2F10" w:rsidRDefault="00AD222A">
      <w:pPr>
        <w:pStyle w:val="Heading1"/>
        <w:rPr>
          <w:rFonts w:cstheme="majorHAnsi"/>
          <w:sz w:val="20"/>
          <w:szCs w:val="20"/>
        </w:rPr>
      </w:pPr>
      <w:r w:rsidRPr="002C2F10">
        <w:rPr>
          <w:rFonts w:cstheme="majorHAnsi"/>
          <w:sz w:val="20"/>
          <w:szCs w:val="20"/>
        </w:rPr>
        <w:t>Checklist</w:t>
      </w:r>
    </w:p>
    <w:p w14:paraId="249384FE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Application completed in full</w:t>
      </w:r>
    </w:p>
    <w:p w14:paraId="4A61C5C3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Directors / partners and AHSLEA contacts provided</w:t>
      </w:r>
    </w:p>
    <w:p w14:paraId="23EC9A3D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Relevant industry details provided</w:t>
      </w:r>
    </w:p>
    <w:p w14:paraId="46E5EC2E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Three references provided</w:t>
      </w:r>
    </w:p>
    <w:p w14:paraId="7DA26844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Declarations completed</w:t>
      </w:r>
    </w:p>
    <w:p w14:paraId="5A86E473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Signed by authorised representative</w:t>
      </w:r>
    </w:p>
    <w:p w14:paraId="03F6F16A" w14:textId="77777777" w:rsidR="00B93A12" w:rsidRPr="002C2F10" w:rsidRDefault="00AD222A">
      <w:pPr>
        <w:ind w:left="142"/>
        <w:rPr>
          <w:rFonts w:asciiTheme="majorHAnsi" w:hAnsiTheme="majorHAnsi" w:cstheme="majorHAnsi"/>
          <w:sz w:val="20"/>
          <w:szCs w:val="20"/>
        </w:rPr>
      </w:pPr>
      <w:r w:rsidRPr="002C2F10">
        <w:rPr>
          <w:rFonts w:ascii="Segoe UI Symbol" w:hAnsi="Segoe UI Symbol" w:cs="Segoe UI Symbol"/>
          <w:b/>
          <w:color w:val="CA6F36"/>
          <w:sz w:val="20"/>
          <w:szCs w:val="20"/>
        </w:rPr>
        <w:t>☐</w:t>
      </w:r>
      <w:r w:rsidRPr="002C2F10">
        <w:rPr>
          <w:rFonts w:asciiTheme="majorHAnsi" w:hAnsiTheme="majorHAnsi" w:cstheme="majorHAnsi"/>
          <w:b/>
          <w:color w:val="CA6F36"/>
          <w:sz w:val="20"/>
          <w:szCs w:val="20"/>
        </w:rPr>
        <w:t xml:space="preserve">  </w:t>
      </w:r>
      <w:r w:rsidRPr="002C2F10">
        <w:rPr>
          <w:rFonts w:asciiTheme="majorHAnsi" w:hAnsiTheme="majorHAnsi" w:cstheme="majorHAnsi"/>
          <w:sz w:val="20"/>
          <w:szCs w:val="20"/>
        </w:rPr>
        <w:t>Proposer and seconder completed, where required</w:t>
      </w:r>
    </w:p>
    <w:sectPr w:rsidR="00B93A12" w:rsidRPr="002C2F10" w:rsidSect="00034616">
      <w:footerReference w:type="default" r:id="rId9"/>
      <w:pgSz w:w="12240" w:h="15840"/>
      <w:pgMar w:top="765" w:right="822" w:bottom="765" w:left="82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4D218" w14:textId="77777777" w:rsidR="00076C55" w:rsidRDefault="00076C55">
      <w:pPr>
        <w:spacing w:after="0" w:line="240" w:lineRule="auto"/>
      </w:pPr>
      <w:r>
        <w:separator/>
      </w:r>
    </w:p>
  </w:endnote>
  <w:endnote w:type="continuationSeparator" w:id="0">
    <w:p w14:paraId="48FC1150" w14:textId="77777777" w:rsidR="00076C55" w:rsidRDefault="00076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C5AA" w14:textId="77777777" w:rsidR="00B93A12" w:rsidRDefault="00AD222A">
    <w:pPr>
      <w:pStyle w:val="Footer"/>
      <w:jc w:val="center"/>
    </w:pPr>
    <w:r>
      <w:rPr>
        <w:color w:val="6B6670"/>
        <w:sz w:val="17"/>
      </w:rPr>
      <w:t>AHSLEA Associate Membership Application Form - Version: 2026.1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28531" w14:textId="77777777" w:rsidR="00076C55" w:rsidRDefault="00076C55">
      <w:pPr>
        <w:spacing w:after="0" w:line="240" w:lineRule="auto"/>
      </w:pPr>
      <w:r>
        <w:separator/>
      </w:r>
    </w:p>
  </w:footnote>
  <w:footnote w:type="continuationSeparator" w:id="0">
    <w:p w14:paraId="491AADBC" w14:textId="77777777" w:rsidR="00076C55" w:rsidRDefault="00076C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63535190">
    <w:abstractNumId w:val="8"/>
  </w:num>
  <w:num w:numId="2" w16cid:durableId="62726874">
    <w:abstractNumId w:val="6"/>
  </w:num>
  <w:num w:numId="3" w16cid:durableId="555776244">
    <w:abstractNumId w:val="5"/>
  </w:num>
  <w:num w:numId="4" w16cid:durableId="2124491239">
    <w:abstractNumId w:val="4"/>
  </w:num>
  <w:num w:numId="5" w16cid:durableId="309288535">
    <w:abstractNumId w:val="7"/>
  </w:num>
  <w:num w:numId="6" w16cid:durableId="754131914">
    <w:abstractNumId w:val="3"/>
  </w:num>
  <w:num w:numId="7" w16cid:durableId="1826429531">
    <w:abstractNumId w:val="2"/>
  </w:num>
  <w:num w:numId="8" w16cid:durableId="723531286">
    <w:abstractNumId w:val="1"/>
  </w:num>
  <w:num w:numId="9" w16cid:durableId="189611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C55"/>
    <w:rsid w:val="00141714"/>
    <w:rsid w:val="0015074B"/>
    <w:rsid w:val="0029639D"/>
    <w:rsid w:val="002A710F"/>
    <w:rsid w:val="002C2F10"/>
    <w:rsid w:val="00326F90"/>
    <w:rsid w:val="0055313C"/>
    <w:rsid w:val="0060719F"/>
    <w:rsid w:val="00AA1D8D"/>
    <w:rsid w:val="00AD222A"/>
    <w:rsid w:val="00B47730"/>
    <w:rsid w:val="00B93A12"/>
    <w:rsid w:val="00C81D7B"/>
    <w:rsid w:val="00CB0664"/>
    <w:rsid w:val="00D471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C5C2626-05C1-4E99-878E-AF45A903A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eastAsia="Aptos" w:hAnsi="Aptos"/>
      <w:color w:val="2F2A3D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/>
      <w:b/>
      <w:bCs/>
      <w:sz w:val="2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/>
      <w:b/>
      <w:bCs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dc:description>generated by python-docx</dc:description>
  <cp:lastModifiedBy>Carolyn</cp:lastModifiedBy>
  <cp:revision>6</cp:revision>
  <dcterms:created xsi:type="dcterms:W3CDTF">2026-07-24T04:58:00Z</dcterms:created>
  <dcterms:modified xsi:type="dcterms:W3CDTF">2026-07-31T05:22:00Z</dcterms:modified>
  <cp:category/>
</cp:coreProperties>
</file>