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56" w:type="dxa"/>
        <w:jc w:val="center"/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7F23E0" w14:paraId="7A013A9D" w14:textId="77777777" w:rsidTr="3CAA1339">
        <w:trPr>
          <w:trHeight w:val="300"/>
          <w:jc w:val="center"/>
        </w:trPr>
        <w:tc>
          <w:tcPr>
            <w:tcW w:w="3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A6659" w14:textId="77777777" w:rsidR="007F23E0" w:rsidRDefault="00000000">
            <w:r>
              <w:rPr>
                <w:noProof/>
              </w:rPr>
              <w:drawing>
                <wp:inline distT="0" distB="0" distL="0" distR="0" wp14:anchorId="6E83D67D" wp14:editId="07777777">
                  <wp:extent cx="1828800" cy="72461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724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AB206" w14:textId="4CE3845C" w:rsidR="3CAA1339" w:rsidRDefault="3CAA1339" w:rsidP="3CAA1339"/>
        </w:tc>
        <w:tc>
          <w:tcPr>
            <w:tcW w:w="3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558E2" w14:textId="20E3FC82" w:rsidR="007F23E0" w:rsidRDefault="3CAA1339" w:rsidP="3CAA1339">
            <w:pPr>
              <w:spacing w:after="0" w:line="252" w:lineRule="auto"/>
              <w:jc w:val="center"/>
            </w:pPr>
            <w:r w:rsidRPr="3CAA1339">
              <w:rPr>
                <w:b/>
                <w:bCs/>
                <w:color w:val="2F2A3D"/>
                <w:sz w:val="34"/>
                <w:szCs w:val="34"/>
              </w:rPr>
              <w:t>FULL MEMBERSHIP APPLICATION FORM</w:t>
            </w:r>
            <w:r>
              <w:rPr>
                <w:b/>
                <w:color w:val="2F2A3D"/>
                <w:sz w:val="34"/>
              </w:rPr>
              <w:br/>
            </w:r>
            <w:r w:rsidRPr="3CAA1339">
              <w:rPr>
                <w:color w:val="6B6670"/>
                <w:szCs w:val="18"/>
              </w:rPr>
              <w:t>Australian Hide Skin and Leather Exporters Association Ltd</w:t>
            </w:r>
            <w:r w:rsidR="7DB56770" w:rsidRPr="3CAA1339">
              <w:rPr>
                <w:rFonts w:eastAsia="Aptos"/>
                <w:color w:val="2F2A3D"/>
                <w:sz w:val="16"/>
                <w:szCs w:val="16"/>
              </w:rPr>
              <w:t xml:space="preserve"> ABN: 39 174 408 287</w:t>
            </w:r>
          </w:p>
          <w:p w14:paraId="216D39C2" w14:textId="448EB2FC" w:rsidR="007F23E0" w:rsidRDefault="007F23E0" w:rsidP="3CAA1339">
            <w:pPr>
              <w:jc w:val="right"/>
              <w:rPr>
                <w:color w:val="6B6670"/>
                <w:szCs w:val="18"/>
              </w:rPr>
            </w:pPr>
          </w:p>
        </w:tc>
      </w:tr>
    </w:tbl>
    <w:p w14:paraId="0B92DD45" w14:textId="77777777" w:rsidR="00B93D4A" w:rsidRDefault="00B93D4A" w:rsidP="00B93D4A">
      <w:pPr>
        <w:pBdr>
          <w:bottom w:val="single" w:sz="8" w:space="1" w:color="C76F36"/>
        </w:pBdr>
      </w:pPr>
    </w:p>
    <w:tbl>
      <w:tblPr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10596"/>
      </w:tblGrid>
      <w:tr w:rsidR="00B93D4A" w:rsidRPr="002C2F10" w14:paraId="302B42D0" w14:textId="77777777" w:rsidTr="00B93D4A">
        <w:tc>
          <w:tcPr>
            <w:tcW w:w="10596" w:type="dxa"/>
            <w:tcBorders>
              <w:top w:val="single" w:sz="4" w:space="0" w:color="E7E1EA"/>
              <w:left w:val="single" w:sz="4" w:space="0" w:color="E7E1EA"/>
              <w:bottom w:val="single" w:sz="4" w:space="0" w:color="E7E1EA"/>
              <w:right w:val="single" w:sz="4" w:space="0" w:color="E7E1EA"/>
            </w:tcBorders>
            <w:shd w:val="clear" w:color="auto" w:fill="EEECE1" w:themeFill="background2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C3F5DF6" w14:textId="77777777" w:rsidR="00B93D4A" w:rsidRDefault="00B93D4A" w:rsidP="00DC7B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Submit completed applications to AHSLEA at </w:t>
            </w:r>
            <w:r w:rsidRPr="002C2F10">
              <w:rPr>
                <w:rFonts w:asciiTheme="majorHAnsi" w:hAnsiTheme="majorHAnsi" w:cstheme="majorHAnsi"/>
                <w:b/>
                <w:color w:val="CA6F36"/>
                <w:sz w:val="20"/>
                <w:szCs w:val="20"/>
              </w:rPr>
              <w:t>contact@ahslea.com.au</w:t>
            </w: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   </w:t>
            </w:r>
          </w:p>
          <w:p w14:paraId="46045B31" w14:textId="77777777" w:rsidR="00B93D4A" w:rsidRPr="002C2F10" w:rsidRDefault="00B93D4A" w:rsidP="00DC7B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>An invoice will be issued if the application is approved.</w:t>
            </w:r>
          </w:p>
        </w:tc>
      </w:tr>
    </w:tbl>
    <w:p w14:paraId="51C418BC" w14:textId="77777777" w:rsidR="00B93D4A" w:rsidRDefault="00B93D4A" w:rsidP="3CAA1339">
      <w:pPr>
        <w:pStyle w:val="SmallText"/>
      </w:pPr>
    </w:p>
    <w:p w14:paraId="04AAC194" w14:textId="62AB673D" w:rsidR="007F23E0" w:rsidRDefault="3CAA1339" w:rsidP="3CAA1339">
      <w:pPr>
        <w:pStyle w:val="AHSLEASectionHeading"/>
        <w:rPr>
          <w:rFonts w:asciiTheme="majorHAnsi" w:eastAsiaTheme="majorEastAsia" w:hAnsiTheme="majorHAnsi" w:cstheme="majorBidi"/>
        </w:rPr>
      </w:pPr>
      <w:r w:rsidRPr="3CAA1339">
        <w:rPr>
          <w:rFonts w:asciiTheme="majorHAnsi" w:eastAsiaTheme="majorEastAsia" w:hAnsiTheme="majorHAnsi" w:cstheme="majorBidi"/>
        </w:rPr>
        <w:t xml:space="preserve">1. Applicant </w:t>
      </w:r>
      <w:r w:rsidR="555262DD" w:rsidRPr="3CAA1339">
        <w:rPr>
          <w:rFonts w:asciiTheme="majorHAnsi" w:eastAsiaTheme="majorEastAsia" w:hAnsiTheme="majorHAnsi" w:cstheme="majorBidi"/>
        </w:rPr>
        <w:t>D</w:t>
      </w:r>
      <w:r w:rsidRPr="3CAA1339">
        <w:rPr>
          <w:rFonts w:asciiTheme="majorHAnsi" w:eastAsiaTheme="majorEastAsia" w:hAnsiTheme="majorHAnsi" w:cstheme="majorBidi"/>
        </w:rPr>
        <w:t>etails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6552"/>
      </w:tblGrid>
      <w:tr w:rsidR="007F23E0" w14:paraId="48FB8141" w14:textId="77777777" w:rsidTr="00B93D4A">
        <w:trPr>
          <w:jc w:val="center"/>
        </w:trPr>
        <w:tc>
          <w:tcPr>
            <w:tcW w:w="29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1576D8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sz w:val="20"/>
                <w:szCs w:val="20"/>
              </w:rPr>
              <w:t>Legal entity / business name</w:t>
            </w:r>
          </w:p>
        </w:tc>
        <w:tc>
          <w:tcPr>
            <w:tcW w:w="65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2AA6DB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</w:rPr>
              <w:t>Full legal name of company, firm or business.</w:t>
            </w:r>
          </w:p>
        </w:tc>
      </w:tr>
      <w:tr w:rsidR="007F23E0" w14:paraId="37C8CBE0" w14:textId="77777777" w:rsidTr="00B93D4A">
        <w:trPr>
          <w:jc w:val="center"/>
        </w:trPr>
        <w:tc>
          <w:tcPr>
            <w:tcW w:w="29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C4C92E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sz w:val="20"/>
                <w:szCs w:val="20"/>
              </w:rPr>
              <w:t>Trading name, if different</w:t>
            </w:r>
          </w:p>
        </w:tc>
        <w:tc>
          <w:tcPr>
            <w:tcW w:w="65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DC7A97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</w:rPr>
              <w:t>Trading name or N/A.</w:t>
            </w:r>
          </w:p>
        </w:tc>
      </w:tr>
      <w:tr w:rsidR="007F23E0" w14:paraId="6ABD353F" w14:textId="77777777" w:rsidTr="00B93D4A">
        <w:trPr>
          <w:jc w:val="center"/>
        </w:trPr>
        <w:tc>
          <w:tcPr>
            <w:tcW w:w="29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6719DE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sz w:val="20"/>
                <w:szCs w:val="20"/>
              </w:rPr>
              <w:t>ABN / ACN</w:t>
            </w:r>
          </w:p>
        </w:tc>
        <w:tc>
          <w:tcPr>
            <w:tcW w:w="65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659E33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</w:rPr>
              <w:t>ABN and, where applicable, ACN.</w:t>
            </w:r>
          </w:p>
        </w:tc>
      </w:tr>
      <w:tr w:rsidR="007F23E0" w14:paraId="6B2A4E42" w14:textId="77777777" w:rsidTr="00B93D4A">
        <w:trPr>
          <w:jc w:val="center"/>
        </w:trPr>
        <w:tc>
          <w:tcPr>
            <w:tcW w:w="29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D68889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sz w:val="20"/>
                <w:szCs w:val="20"/>
              </w:rPr>
              <w:t>Postal address</w:t>
            </w:r>
          </w:p>
        </w:tc>
        <w:tc>
          <w:tcPr>
            <w:tcW w:w="65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C0BB4A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</w:rPr>
              <w:t>Postal address for formal notices and invoices.</w:t>
            </w:r>
          </w:p>
        </w:tc>
      </w:tr>
      <w:tr w:rsidR="007F23E0" w14:paraId="7AA16D1C" w14:textId="77777777" w:rsidTr="00B93D4A">
        <w:trPr>
          <w:jc w:val="center"/>
        </w:trPr>
        <w:tc>
          <w:tcPr>
            <w:tcW w:w="29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6B2F2E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sz w:val="20"/>
                <w:szCs w:val="20"/>
              </w:rPr>
              <w:t>Business street address</w:t>
            </w:r>
          </w:p>
        </w:tc>
        <w:tc>
          <w:tcPr>
            <w:tcW w:w="65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6A30A6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</w:rPr>
              <w:t>Principal place of business.</w:t>
            </w:r>
          </w:p>
        </w:tc>
      </w:tr>
      <w:tr w:rsidR="007F23E0" w14:paraId="441AEA47" w14:textId="77777777" w:rsidTr="00B93D4A">
        <w:trPr>
          <w:jc w:val="center"/>
        </w:trPr>
        <w:tc>
          <w:tcPr>
            <w:tcW w:w="29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047E7B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sz w:val="20"/>
                <w:szCs w:val="20"/>
              </w:rPr>
              <w:t>Phone</w:t>
            </w:r>
          </w:p>
        </w:tc>
        <w:tc>
          <w:tcPr>
            <w:tcW w:w="65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701713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</w:rPr>
              <w:t>Main business contact number.</w:t>
            </w:r>
          </w:p>
        </w:tc>
      </w:tr>
      <w:tr w:rsidR="007F23E0" w14:paraId="12295AB8" w14:textId="77777777" w:rsidTr="00B93D4A">
        <w:trPr>
          <w:jc w:val="center"/>
        </w:trPr>
        <w:tc>
          <w:tcPr>
            <w:tcW w:w="29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CA40FF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sz w:val="20"/>
                <w:szCs w:val="20"/>
              </w:rPr>
              <w:t>Email</w:t>
            </w:r>
          </w:p>
        </w:tc>
        <w:tc>
          <w:tcPr>
            <w:tcW w:w="65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CEDFBB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</w:rPr>
              <w:t>Primary business email.</w:t>
            </w:r>
          </w:p>
        </w:tc>
      </w:tr>
      <w:tr w:rsidR="007F23E0" w14:paraId="6403A623" w14:textId="77777777" w:rsidTr="00B93D4A">
        <w:trPr>
          <w:trHeight w:val="360"/>
          <w:jc w:val="center"/>
        </w:trPr>
        <w:tc>
          <w:tcPr>
            <w:tcW w:w="29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803F5C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sz w:val="20"/>
                <w:szCs w:val="20"/>
              </w:rPr>
              <w:t>Website</w:t>
            </w:r>
          </w:p>
        </w:tc>
        <w:tc>
          <w:tcPr>
            <w:tcW w:w="65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029FEB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i/>
                <w:iCs/>
                <w:sz w:val="20"/>
                <w:szCs w:val="20"/>
              </w:rPr>
              <w:t>Website or N/A.</w:t>
            </w:r>
          </w:p>
        </w:tc>
      </w:tr>
    </w:tbl>
    <w:p w14:paraId="02EB378F" w14:textId="77777777" w:rsidR="007F23E0" w:rsidRDefault="007F23E0" w:rsidP="3CAA1339">
      <w:pPr>
        <w:spacing w:after="40"/>
        <w:rPr>
          <w:sz w:val="20"/>
          <w:szCs w:val="20"/>
        </w:rPr>
      </w:pPr>
    </w:p>
    <w:p w14:paraId="1559435B" w14:textId="7E8CA159" w:rsidR="007F23E0" w:rsidRDefault="3CAA1339" w:rsidP="3CAA1339">
      <w:pPr>
        <w:pStyle w:val="AHSLEASectionHeading"/>
        <w:rPr>
          <w:rFonts w:asciiTheme="majorHAnsi" w:eastAsiaTheme="majorEastAsia" w:hAnsiTheme="majorHAnsi" w:cstheme="majorBidi"/>
        </w:rPr>
      </w:pPr>
      <w:r w:rsidRPr="3CAA1339">
        <w:rPr>
          <w:rFonts w:asciiTheme="majorHAnsi" w:eastAsiaTheme="majorEastAsia" w:hAnsiTheme="majorHAnsi" w:cstheme="majorBidi"/>
        </w:rPr>
        <w:t xml:space="preserve">2. Directors, </w:t>
      </w:r>
      <w:r w:rsidR="75298E5A" w:rsidRPr="3CAA1339">
        <w:rPr>
          <w:rFonts w:asciiTheme="majorHAnsi" w:eastAsiaTheme="majorEastAsia" w:hAnsiTheme="majorHAnsi" w:cstheme="majorBidi"/>
        </w:rPr>
        <w:t>P</w:t>
      </w:r>
      <w:r w:rsidRPr="3CAA1339">
        <w:rPr>
          <w:rFonts w:asciiTheme="majorHAnsi" w:eastAsiaTheme="majorEastAsia" w:hAnsiTheme="majorHAnsi" w:cstheme="majorBidi"/>
        </w:rPr>
        <w:t xml:space="preserve">artners and </w:t>
      </w:r>
      <w:r w:rsidR="34A00886" w:rsidRPr="3CAA1339">
        <w:rPr>
          <w:rFonts w:asciiTheme="majorHAnsi" w:eastAsiaTheme="majorEastAsia" w:hAnsiTheme="majorHAnsi" w:cstheme="majorBidi"/>
        </w:rPr>
        <w:t>C</w:t>
      </w:r>
      <w:r w:rsidRPr="3CAA1339">
        <w:rPr>
          <w:rFonts w:asciiTheme="majorHAnsi" w:eastAsiaTheme="majorEastAsia" w:hAnsiTheme="majorHAnsi" w:cstheme="majorBidi"/>
        </w:rPr>
        <w:t>ontacts</w:t>
      </w:r>
      <w:r w:rsidR="1B130D35" w:rsidRPr="3CAA1339">
        <w:rPr>
          <w:rFonts w:asciiTheme="majorHAnsi" w:eastAsiaTheme="majorEastAsia" w:hAnsiTheme="majorHAnsi" w:cstheme="majorBidi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48"/>
        <w:gridCol w:w="2448"/>
        <w:gridCol w:w="2304"/>
        <w:gridCol w:w="2304"/>
      </w:tblGrid>
      <w:tr w:rsidR="007F23E0" w14:paraId="2C0F3B5E" w14:textId="77777777" w:rsidTr="3CAA1339">
        <w:trPr>
          <w:trHeight w:val="300"/>
          <w:tblHeader/>
        </w:trPr>
        <w:tc>
          <w:tcPr>
            <w:tcW w:w="2448" w:type="dxa"/>
            <w:shd w:val="clear" w:color="auto" w:fill="2F2A3D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1E9AC31" w14:textId="52FB450F" w:rsidR="007F23E0" w:rsidRDefault="04500E7F" w:rsidP="3CAA1339">
            <w:pPr>
              <w:spacing w:after="0" w:line="252" w:lineRule="auto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sz w:val="20"/>
                <w:szCs w:val="20"/>
              </w:rPr>
              <w:t>N</w:t>
            </w:r>
            <w:r w:rsidR="3CAA1339" w:rsidRPr="3CAA1339">
              <w:rPr>
                <w:rFonts w:asciiTheme="majorHAnsi" w:eastAsiaTheme="majorEastAsia" w:hAnsiTheme="majorHAnsi" w:cstheme="majorBidi"/>
                <w:sz w:val="20"/>
                <w:szCs w:val="20"/>
              </w:rPr>
              <w:t>ame</w:t>
            </w:r>
          </w:p>
        </w:tc>
        <w:tc>
          <w:tcPr>
            <w:tcW w:w="2448" w:type="dxa"/>
            <w:shd w:val="clear" w:color="auto" w:fill="2F2A3D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62EB1DD" w14:textId="77777777" w:rsidR="007F23E0" w:rsidRDefault="3CAA1339" w:rsidP="3CAA1339">
            <w:pPr>
              <w:spacing w:after="0" w:line="252" w:lineRule="auto"/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sz w:val="20"/>
                <w:szCs w:val="20"/>
              </w:rPr>
              <w:t>Position / title</w:t>
            </w:r>
          </w:p>
        </w:tc>
        <w:tc>
          <w:tcPr>
            <w:tcW w:w="2304" w:type="dxa"/>
            <w:shd w:val="clear" w:color="auto" w:fill="2F2A3D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B3096D1" w14:textId="77777777" w:rsidR="007F23E0" w:rsidRDefault="3CAA1339" w:rsidP="3CAA1339">
            <w:pPr>
              <w:spacing w:after="0" w:line="252" w:lineRule="auto"/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sz w:val="20"/>
                <w:szCs w:val="20"/>
              </w:rPr>
              <w:t>Email</w:t>
            </w:r>
          </w:p>
        </w:tc>
        <w:tc>
          <w:tcPr>
            <w:tcW w:w="2304" w:type="dxa"/>
            <w:shd w:val="clear" w:color="auto" w:fill="2F2A3D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40DD275" w14:textId="77777777" w:rsidR="007F23E0" w:rsidRDefault="3CAA1339" w:rsidP="3CAA1339">
            <w:pPr>
              <w:spacing w:after="0" w:line="252" w:lineRule="auto"/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sz w:val="20"/>
                <w:szCs w:val="20"/>
              </w:rPr>
              <w:t>Phone</w:t>
            </w:r>
          </w:p>
        </w:tc>
      </w:tr>
      <w:tr w:rsidR="007F23E0" w14:paraId="39B6B1D1" w14:textId="77777777" w:rsidTr="3CAA1339">
        <w:trPr>
          <w:trHeight w:val="300"/>
          <w:tblHeader/>
        </w:trPr>
        <w:tc>
          <w:tcPr>
            <w:tcW w:w="2448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D6B04F" w14:textId="77777777" w:rsidR="007F23E0" w:rsidRDefault="3CAA1339" w:rsidP="3CAA1339">
            <w:pPr>
              <w:spacing w:after="0" w:line="252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CAA133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6959E7" w14:textId="77777777" w:rsidR="007F23E0" w:rsidRDefault="3CAA1339" w:rsidP="3CAA1339">
            <w:pPr>
              <w:spacing w:after="0" w:line="252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CAA133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0C5B58" w14:textId="77777777" w:rsidR="007F23E0" w:rsidRDefault="3CAA1339" w:rsidP="3CAA1339">
            <w:pPr>
              <w:spacing w:after="0" w:line="252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CAA133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F40E89" w14:textId="77777777" w:rsidR="007F23E0" w:rsidRDefault="3CAA1339" w:rsidP="3CAA1339">
            <w:pPr>
              <w:spacing w:after="0" w:line="252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CAA133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7F23E0" w14:paraId="2062D821" w14:textId="77777777" w:rsidTr="3CAA1339">
        <w:trPr>
          <w:trHeight w:val="300"/>
          <w:tblHeader/>
        </w:trPr>
        <w:tc>
          <w:tcPr>
            <w:tcW w:w="2448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8DEACE" w14:textId="77777777" w:rsidR="007F23E0" w:rsidRDefault="3CAA1339" w:rsidP="3CAA1339">
            <w:pPr>
              <w:spacing w:after="0" w:line="252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CAA133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AC6FC9" w14:textId="77777777" w:rsidR="007F23E0" w:rsidRDefault="3CAA1339" w:rsidP="3CAA1339">
            <w:pPr>
              <w:spacing w:after="0" w:line="252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CAA133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6A6281" w14:textId="77777777" w:rsidR="007F23E0" w:rsidRDefault="3CAA1339" w:rsidP="3CAA1339">
            <w:pPr>
              <w:spacing w:after="0" w:line="252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CAA133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876B09" w14:textId="77777777" w:rsidR="007F23E0" w:rsidRDefault="3CAA1339" w:rsidP="3CAA1339">
            <w:pPr>
              <w:spacing w:after="0" w:line="252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CAA133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7F23E0" w14:paraId="3477E886" w14:textId="77777777" w:rsidTr="3CAA1339">
        <w:trPr>
          <w:trHeight w:val="300"/>
          <w:tblHeader/>
        </w:trPr>
        <w:tc>
          <w:tcPr>
            <w:tcW w:w="2448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146664" w14:textId="77777777" w:rsidR="007F23E0" w:rsidRDefault="3CAA1339" w:rsidP="3CAA1339">
            <w:pPr>
              <w:spacing w:after="0" w:line="252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CAA133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68B9CD" w14:textId="77777777" w:rsidR="007F23E0" w:rsidRDefault="3CAA1339" w:rsidP="3CAA1339">
            <w:pPr>
              <w:spacing w:after="0" w:line="252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CAA133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7172F4" w14:textId="77777777" w:rsidR="007F23E0" w:rsidRDefault="3CAA1339" w:rsidP="3CAA1339">
            <w:pPr>
              <w:spacing w:after="0" w:line="252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CAA133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5CE300" w14:textId="77777777" w:rsidR="007F23E0" w:rsidRDefault="3CAA1339" w:rsidP="3CAA1339">
            <w:pPr>
              <w:spacing w:after="0" w:line="252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CAA133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6A05A809" w14:textId="77777777" w:rsidR="007F23E0" w:rsidRDefault="00000000">
      <w:r>
        <w:br w:type="page"/>
      </w:r>
    </w:p>
    <w:p w14:paraId="6B9D2EB2" w14:textId="77777777" w:rsidR="007F23E0" w:rsidRDefault="3CAA1339" w:rsidP="3CAA1339">
      <w:pPr>
        <w:pStyle w:val="AHSLEASectionHeading"/>
        <w:rPr>
          <w:rFonts w:asciiTheme="majorHAnsi" w:eastAsiaTheme="majorEastAsia" w:hAnsiTheme="majorHAnsi" w:cstheme="majorBidi"/>
        </w:rPr>
      </w:pPr>
      <w:r w:rsidRPr="3CAA1339">
        <w:rPr>
          <w:rFonts w:asciiTheme="majorHAnsi" w:eastAsiaTheme="majorEastAsia" w:hAnsiTheme="majorHAnsi" w:cstheme="majorBidi"/>
        </w:rPr>
        <w:lastRenderedPageBreak/>
        <w:t>3. Industry operations and site details</w:t>
      </w:r>
    </w:p>
    <w:tbl>
      <w:tblPr>
        <w:tblW w:w="10536" w:type="dxa"/>
        <w:jc w:val="center"/>
        <w:tblLayout w:type="fixed"/>
        <w:tblLook w:val="04A0" w:firstRow="1" w:lastRow="0" w:firstColumn="1" w:lastColumn="0" w:noHBand="0" w:noVBand="1"/>
      </w:tblPr>
      <w:tblGrid>
        <w:gridCol w:w="3984"/>
        <w:gridCol w:w="6552"/>
      </w:tblGrid>
      <w:tr w:rsidR="007F23E0" w14:paraId="54A13B76" w14:textId="77777777" w:rsidTr="00B93D4A">
        <w:trPr>
          <w:jc w:val="center"/>
        </w:trPr>
        <w:tc>
          <w:tcPr>
            <w:tcW w:w="3984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40F75C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Summary of activities</w:t>
            </w:r>
          </w:p>
        </w:tc>
        <w:tc>
          <w:tcPr>
            <w:tcW w:w="65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A8C975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  <w:t>Describe your role in the hides, skins, sheepskins, leather, tanning, processing, exporting or related supply chain.</w:t>
            </w:r>
          </w:p>
        </w:tc>
      </w:tr>
      <w:tr w:rsidR="007F23E0" w14:paraId="788F3E54" w14:textId="77777777" w:rsidTr="00B93D4A">
        <w:trPr>
          <w:jc w:val="center"/>
        </w:trPr>
        <w:tc>
          <w:tcPr>
            <w:tcW w:w="3984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C207B3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Products / services</w:t>
            </w:r>
          </w:p>
        </w:tc>
        <w:tc>
          <w:tcPr>
            <w:tcW w:w="65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20F988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</w:pPr>
            <w:proofErr w:type="gramStart"/>
            <w:r w:rsidRPr="3CAA1339"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  <w:t>List</w:t>
            </w:r>
            <w:proofErr w:type="gramEnd"/>
            <w:r w:rsidRPr="3CAA1339"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  <w:t xml:space="preserve"> principal products or services.</w:t>
            </w:r>
          </w:p>
        </w:tc>
      </w:tr>
      <w:tr w:rsidR="007F23E0" w14:paraId="3A72B5A4" w14:textId="77777777" w:rsidTr="00B93D4A">
        <w:trPr>
          <w:jc w:val="center"/>
        </w:trPr>
        <w:tc>
          <w:tcPr>
            <w:tcW w:w="3984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ADA7F4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Export markets, if applicable</w:t>
            </w:r>
          </w:p>
        </w:tc>
        <w:tc>
          <w:tcPr>
            <w:tcW w:w="65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A6BCE1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  <w:t>List key export markets or N/A.</w:t>
            </w:r>
          </w:p>
        </w:tc>
      </w:tr>
      <w:tr w:rsidR="007F23E0" w14:paraId="2E94A4F0" w14:textId="77777777" w:rsidTr="00B93D4A">
        <w:trPr>
          <w:jc w:val="center"/>
        </w:trPr>
        <w:tc>
          <w:tcPr>
            <w:tcW w:w="3984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C768CD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 xml:space="preserve">Industry </w:t>
            </w:r>
            <w:bookmarkStart w:id="0" w:name="_Int_igvBl9Ok"/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licences</w:t>
            </w:r>
            <w:bookmarkEnd w:id="0"/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 xml:space="preserve"> / approvals</w:t>
            </w:r>
          </w:p>
        </w:tc>
        <w:tc>
          <w:tcPr>
            <w:tcW w:w="65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3899AE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  <w:t xml:space="preserve">List relevant </w:t>
            </w:r>
            <w:bookmarkStart w:id="1" w:name="_Int_lHa9nCgq"/>
            <w:r w:rsidRPr="3CAA1339"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  <w:t>licences</w:t>
            </w:r>
            <w:bookmarkEnd w:id="1"/>
            <w:r w:rsidRPr="3CAA1339"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  <w:t>, registrations, accreditations or N/A.</w:t>
            </w:r>
          </w:p>
        </w:tc>
      </w:tr>
      <w:tr w:rsidR="3CAA1339" w14:paraId="73DAF9B5" w14:textId="77777777" w:rsidTr="00B93D4A">
        <w:trPr>
          <w:trHeight w:val="300"/>
          <w:jc w:val="center"/>
        </w:trPr>
        <w:tc>
          <w:tcPr>
            <w:tcW w:w="3984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962A05" w14:textId="7DFDDFFA" w:rsidR="3CAA1339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Accreditation site addresses</w:t>
            </w:r>
            <w:r w:rsidR="075A054F"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 xml:space="preserve"> including Department of Agriculture, Fisheries and Forestry </w:t>
            </w:r>
            <w:bookmarkStart w:id="2" w:name="_Int_th1bygHs"/>
            <w:r w:rsidR="075A054F"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Licence</w:t>
            </w:r>
            <w:bookmarkEnd w:id="2"/>
            <w:r w:rsidR="075A054F"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 xml:space="preserve"> No.</w:t>
            </w:r>
          </w:p>
        </w:tc>
        <w:tc>
          <w:tcPr>
            <w:tcW w:w="65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A41254" w14:textId="465946B7" w:rsidR="3CAA1339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  <w:t xml:space="preserve">List all sites relevant to accreditation, </w:t>
            </w:r>
            <w:r w:rsidR="11CAC02E" w:rsidRPr="3CAA1339"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  <w:t>inspection,</w:t>
            </w:r>
            <w:r w:rsidRPr="3CAA1339"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  <w:t xml:space="preserve"> or industry verification.</w:t>
            </w:r>
          </w:p>
        </w:tc>
      </w:tr>
    </w:tbl>
    <w:p w14:paraId="20DB6581" w14:textId="77777777" w:rsidR="00605EE4" w:rsidRDefault="00605EE4" w:rsidP="3CAA1339">
      <w:pPr>
        <w:pStyle w:val="AHSLEASectionHeading"/>
        <w:rPr>
          <w:rFonts w:asciiTheme="majorHAnsi" w:eastAsiaTheme="majorEastAsia" w:hAnsiTheme="majorHAnsi" w:cstheme="majorBidi"/>
        </w:rPr>
      </w:pPr>
    </w:p>
    <w:p w14:paraId="0F053096" w14:textId="50B73E3C" w:rsidR="007F23E0" w:rsidRDefault="37BBAAC3" w:rsidP="3CAA1339">
      <w:pPr>
        <w:pStyle w:val="AHSLEASectionHeading"/>
        <w:rPr>
          <w:rFonts w:asciiTheme="majorHAnsi" w:eastAsiaTheme="majorEastAsia" w:hAnsiTheme="majorHAnsi" w:cstheme="majorBidi"/>
        </w:rPr>
      </w:pPr>
      <w:r w:rsidRPr="3CAA1339">
        <w:rPr>
          <w:rFonts w:asciiTheme="majorHAnsi" w:eastAsiaTheme="majorEastAsia" w:hAnsiTheme="majorHAnsi" w:cstheme="majorBidi"/>
        </w:rPr>
        <w:t>4</w:t>
      </w:r>
      <w:r w:rsidR="3CAA1339" w:rsidRPr="3CAA1339">
        <w:rPr>
          <w:rFonts w:asciiTheme="majorHAnsi" w:eastAsiaTheme="majorEastAsia" w:hAnsiTheme="majorHAnsi" w:cstheme="majorBidi"/>
        </w:rPr>
        <w:t xml:space="preserve">. </w:t>
      </w:r>
      <w:r w:rsidR="669DE029" w:rsidRPr="3CAA1339">
        <w:rPr>
          <w:rFonts w:asciiTheme="majorHAnsi" w:eastAsiaTheme="majorEastAsia" w:hAnsiTheme="majorHAnsi" w:cstheme="majorBidi"/>
        </w:rPr>
        <w:t>Proposer and seconder</w:t>
      </w:r>
    </w:p>
    <w:p w14:paraId="30A472A4" w14:textId="5591AD6E" w:rsidR="007F23E0" w:rsidRDefault="669DE029" w:rsidP="3CAA1339">
      <w:pPr>
        <w:pStyle w:val="SmallText"/>
        <w:rPr>
          <w:rFonts w:asciiTheme="majorHAnsi" w:eastAsiaTheme="majorEastAsia" w:hAnsiTheme="majorHAnsi" w:cstheme="majorBidi"/>
          <w:i/>
          <w:iCs/>
          <w:color w:val="auto"/>
          <w:sz w:val="20"/>
          <w:szCs w:val="20"/>
        </w:rPr>
      </w:pPr>
      <w:r w:rsidRPr="00605EE4">
        <w:rPr>
          <w:rFonts w:asciiTheme="majorHAnsi" w:eastAsiaTheme="majorEastAsia" w:hAnsiTheme="majorHAnsi" w:cstheme="majorBidi"/>
          <w:i/>
          <w:iCs/>
          <w:color w:val="auto"/>
          <w:sz w:val="20"/>
          <w:szCs w:val="20"/>
        </w:rPr>
        <w:t xml:space="preserve">To be completed by existing </w:t>
      </w:r>
      <w:r w:rsidR="134D4BD4" w:rsidRPr="00605EE4">
        <w:rPr>
          <w:rFonts w:asciiTheme="majorHAnsi" w:eastAsiaTheme="majorEastAsia" w:hAnsiTheme="majorHAnsi" w:cstheme="majorBidi"/>
          <w:i/>
          <w:iCs/>
          <w:color w:val="auto"/>
          <w:sz w:val="20"/>
          <w:szCs w:val="20"/>
        </w:rPr>
        <w:t>AHSLEA</w:t>
      </w:r>
      <w:r w:rsidR="00605EE4">
        <w:rPr>
          <w:rFonts w:asciiTheme="majorHAnsi" w:eastAsiaTheme="majorEastAsia" w:hAnsiTheme="majorHAnsi" w:cstheme="majorBidi"/>
          <w:i/>
          <w:iCs/>
          <w:color w:val="auto"/>
          <w:sz w:val="20"/>
          <w:szCs w:val="20"/>
        </w:rPr>
        <w:t xml:space="preserve"> full</w:t>
      </w:r>
      <w:r w:rsidR="134D4BD4" w:rsidRPr="00605EE4">
        <w:rPr>
          <w:rFonts w:asciiTheme="majorHAnsi" w:eastAsiaTheme="majorEastAsia" w:hAnsiTheme="majorHAnsi" w:cstheme="majorBidi"/>
          <w:i/>
          <w:iCs/>
          <w:color w:val="auto"/>
          <w:sz w:val="20"/>
          <w:szCs w:val="20"/>
        </w:rPr>
        <w:t xml:space="preserve"> members</w:t>
      </w:r>
      <w:r w:rsidRPr="00605EE4">
        <w:rPr>
          <w:rFonts w:asciiTheme="majorHAnsi" w:eastAsiaTheme="majorEastAsia" w:hAnsiTheme="majorHAnsi" w:cstheme="majorBidi"/>
          <w:i/>
          <w:iCs/>
          <w:color w:val="auto"/>
          <w:sz w:val="20"/>
          <w:szCs w:val="20"/>
        </w:rPr>
        <w:t>.</w:t>
      </w:r>
    </w:p>
    <w:p w14:paraId="52B9CDA0" w14:textId="77777777" w:rsidR="00A21260" w:rsidRPr="00A21260" w:rsidRDefault="00A21260" w:rsidP="3CAA1339">
      <w:pPr>
        <w:pStyle w:val="SmallText"/>
        <w:rPr>
          <w:rFonts w:asciiTheme="majorHAnsi" w:eastAsiaTheme="majorEastAsia" w:hAnsiTheme="majorHAnsi" w:cstheme="majorBidi"/>
          <w:color w:val="auto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3CAA1339" w14:paraId="0D4EF93B" w14:textId="77777777" w:rsidTr="3CAA1339">
        <w:trPr>
          <w:trHeight w:val="300"/>
        </w:trPr>
        <w:tc>
          <w:tcPr>
            <w:tcW w:w="3552" w:type="dxa"/>
            <w:vAlign w:val="center"/>
          </w:tcPr>
          <w:p w14:paraId="62061475" w14:textId="12ABABDA" w:rsidR="00A21260" w:rsidRDefault="3CAA1339" w:rsidP="00A21260">
            <w:pPr>
              <w:spacing w:after="48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Proposed by existing full member</w:t>
            </w:r>
          </w:p>
        </w:tc>
        <w:tc>
          <w:tcPr>
            <w:tcW w:w="3552" w:type="dxa"/>
            <w:vAlign w:val="center"/>
          </w:tcPr>
          <w:p w14:paraId="3188B756" w14:textId="77777777" w:rsidR="3CAA1339" w:rsidRDefault="3CAA1339" w:rsidP="00A21260">
            <w:pPr>
              <w:spacing w:after="48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Signature</w:t>
            </w:r>
          </w:p>
        </w:tc>
        <w:tc>
          <w:tcPr>
            <w:tcW w:w="3552" w:type="dxa"/>
            <w:vAlign w:val="center"/>
          </w:tcPr>
          <w:p w14:paraId="2BE6BFCE" w14:textId="77777777" w:rsidR="3CAA1339" w:rsidRDefault="3CAA1339" w:rsidP="00A21260">
            <w:pPr>
              <w:spacing w:after="48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Date</w:t>
            </w:r>
          </w:p>
        </w:tc>
      </w:tr>
      <w:tr w:rsidR="3CAA1339" w14:paraId="2BC087F4" w14:textId="77777777" w:rsidTr="3CAA1339">
        <w:trPr>
          <w:trHeight w:val="300"/>
        </w:trPr>
        <w:tc>
          <w:tcPr>
            <w:tcW w:w="3552" w:type="dxa"/>
            <w:vAlign w:val="center"/>
          </w:tcPr>
          <w:p w14:paraId="0C3CCDA6" w14:textId="77777777" w:rsidR="3CAA1339" w:rsidRDefault="3CAA1339" w:rsidP="00A21260">
            <w:pPr>
              <w:spacing w:after="48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 xml:space="preserve">Member </w:t>
            </w:r>
            <w:bookmarkStart w:id="3" w:name="_Int_tVJUGhud"/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organisation</w:t>
            </w:r>
            <w:bookmarkEnd w:id="3"/>
          </w:p>
        </w:tc>
        <w:tc>
          <w:tcPr>
            <w:tcW w:w="3552" w:type="dxa"/>
            <w:vAlign w:val="center"/>
          </w:tcPr>
          <w:p w14:paraId="58DE88A8" w14:textId="77777777" w:rsidR="3CAA1339" w:rsidRDefault="3CAA1339" w:rsidP="00A21260">
            <w:pPr>
              <w:spacing w:after="48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Name and title</w:t>
            </w:r>
          </w:p>
        </w:tc>
        <w:tc>
          <w:tcPr>
            <w:tcW w:w="3552" w:type="dxa"/>
            <w:vAlign w:val="center"/>
          </w:tcPr>
          <w:p w14:paraId="131C2BBD" w14:textId="77777777" w:rsidR="3CAA1339" w:rsidRDefault="3CAA1339" w:rsidP="00A21260">
            <w:pPr>
              <w:spacing w:after="48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Email / phone</w:t>
            </w:r>
          </w:p>
        </w:tc>
      </w:tr>
      <w:tr w:rsidR="3CAA1339" w14:paraId="214DB708" w14:textId="77777777" w:rsidTr="3CAA1339">
        <w:trPr>
          <w:trHeight w:val="300"/>
        </w:trPr>
        <w:tc>
          <w:tcPr>
            <w:tcW w:w="3552" w:type="dxa"/>
            <w:vAlign w:val="center"/>
          </w:tcPr>
          <w:p w14:paraId="575C7E28" w14:textId="77777777" w:rsidR="3CAA1339" w:rsidRDefault="3CAA1339" w:rsidP="00A21260">
            <w:pPr>
              <w:spacing w:after="48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Seconded by existing full member</w:t>
            </w:r>
          </w:p>
        </w:tc>
        <w:tc>
          <w:tcPr>
            <w:tcW w:w="3552" w:type="dxa"/>
            <w:vAlign w:val="center"/>
          </w:tcPr>
          <w:p w14:paraId="2F62D632" w14:textId="77777777" w:rsidR="3CAA1339" w:rsidRDefault="3CAA1339" w:rsidP="00A21260">
            <w:pPr>
              <w:spacing w:after="48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Signature</w:t>
            </w:r>
          </w:p>
        </w:tc>
        <w:tc>
          <w:tcPr>
            <w:tcW w:w="3552" w:type="dxa"/>
            <w:vAlign w:val="center"/>
          </w:tcPr>
          <w:p w14:paraId="109E1ABA" w14:textId="77777777" w:rsidR="3CAA1339" w:rsidRDefault="3CAA1339" w:rsidP="00A21260">
            <w:pPr>
              <w:spacing w:after="48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Date</w:t>
            </w:r>
          </w:p>
        </w:tc>
      </w:tr>
      <w:tr w:rsidR="3CAA1339" w14:paraId="4A614480" w14:textId="77777777" w:rsidTr="3CAA1339">
        <w:trPr>
          <w:trHeight w:val="300"/>
        </w:trPr>
        <w:tc>
          <w:tcPr>
            <w:tcW w:w="3552" w:type="dxa"/>
            <w:vAlign w:val="center"/>
          </w:tcPr>
          <w:p w14:paraId="2B18D668" w14:textId="77777777" w:rsidR="3CAA1339" w:rsidRDefault="3CAA1339" w:rsidP="00A21260">
            <w:pPr>
              <w:spacing w:after="48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 xml:space="preserve">Member </w:t>
            </w:r>
            <w:bookmarkStart w:id="4" w:name="_Int_Uq0Jd8vk"/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organisation</w:t>
            </w:r>
            <w:bookmarkEnd w:id="4"/>
          </w:p>
        </w:tc>
        <w:tc>
          <w:tcPr>
            <w:tcW w:w="3552" w:type="dxa"/>
            <w:vAlign w:val="center"/>
          </w:tcPr>
          <w:p w14:paraId="7C3531A4" w14:textId="77777777" w:rsidR="3CAA1339" w:rsidRDefault="3CAA1339" w:rsidP="00A21260">
            <w:pPr>
              <w:spacing w:after="48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Name and title</w:t>
            </w:r>
          </w:p>
        </w:tc>
        <w:tc>
          <w:tcPr>
            <w:tcW w:w="3552" w:type="dxa"/>
            <w:vAlign w:val="center"/>
          </w:tcPr>
          <w:p w14:paraId="6874FB2B" w14:textId="77777777" w:rsidR="3CAA1339" w:rsidRDefault="3CAA1339" w:rsidP="00A21260">
            <w:pPr>
              <w:spacing w:after="48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Email / phone</w:t>
            </w:r>
          </w:p>
        </w:tc>
      </w:tr>
    </w:tbl>
    <w:p w14:paraId="5CB0D75F" w14:textId="77777777" w:rsidR="00605EE4" w:rsidRDefault="669DE029" w:rsidP="3CAA1339">
      <w:pPr>
        <w:pStyle w:val="AHSLEASectionHeading"/>
        <w:rPr>
          <w:rFonts w:asciiTheme="majorHAnsi" w:eastAsiaTheme="majorEastAsia" w:hAnsiTheme="majorHAnsi" w:cstheme="majorBidi"/>
          <w:sz w:val="20"/>
          <w:szCs w:val="20"/>
        </w:rPr>
      </w:pPr>
      <w:r w:rsidRPr="3CAA1339">
        <w:rPr>
          <w:rFonts w:asciiTheme="majorHAnsi" w:eastAsiaTheme="majorEastAsia" w:hAnsiTheme="majorHAnsi" w:cstheme="majorBidi"/>
          <w:sz w:val="20"/>
          <w:szCs w:val="20"/>
        </w:rPr>
        <w:t xml:space="preserve"> </w:t>
      </w:r>
    </w:p>
    <w:p w14:paraId="36A49840" w14:textId="1BD1DA4F" w:rsidR="007F23E0" w:rsidRDefault="669DE029" w:rsidP="3CAA1339">
      <w:pPr>
        <w:pStyle w:val="AHSLEASectionHeading"/>
        <w:rPr>
          <w:rFonts w:asciiTheme="majorHAnsi" w:eastAsiaTheme="majorEastAsia" w:hAnsiTheme="majorHAnsi" w:cstheme="majorBidi"/>
        </w:rPr>
      </w:pPr>
      <w:r w:rsidRPr="3CAA1339">
        <w:rPr>
          <w:rFonts w:asciiTheme="majorHAnsi" w:eastAsiaTheme="majorEastAsia" w:hAnsiTheme="majorHAnsi" w:cstheme="majorBidi"/>
        </w:rPr>
        <w:t xml:space="preserve">5. </w:t>
      </w:r>
      <w:r w:rsidR="3CAA1339" w:rsidRPr="3CAA1339">
        <w:rPr>
          <w:rFonts w:asciiTheme="majorHAnsi" w:eastAsiaTheme="majorEastAsia" w:hAnsiTheme="majorHAnsi" w:cstheme="majorBidi"/>
        </w:rPr>
        <w:t>References</w:t>
      </w:r>
    </w:p>
    <w:tbl>
      <w:tblPr>
        <w:tblW w:w="0" w:type="auto"/>
        <w:jc w:val="center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3816"/>
        <w:gridCol w:w="6552"/>
      </w:tblGrid>
      <w:tr w:rsidR="007F23E0" w14:paraId="5F974C4E" w14:textId="77777777" w:rsidTr="00B93D4A">
        <w:trPr>
          <w:jc w:val="center"/>
        </w:trPr>
        <w:tc>
          <w:tcPr>
            <w:tcW w:w="3816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5C7D90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Banker</w:t>
            </w:r>
          </w:p>
        </w:tc>
        <w:tc>
          <w:tcPr>
            <w:tcW w:w="65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43B29F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  <w:t>Name, branch/contact, phone and email.</w:t>
            </w:r>
          </w:p>
        </w:tc>
      </w:tr>
      <w:tr w:rsidR="007F23E0" w14:paraId="772CA3C6" w14:textId="77777777" w:rsidTr="00B93D4A">
        <w:trPr>
          <w:jc w:val="center"/>
        </w:trPr>
        <w:tc>
          <w:tcPr>
            <w:tcW w:w="3816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AD07D3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Industry reference</w:t>
            </w:r>
          </w:p>
        </w:tc>
        <w:tc>
          <w:tcPr>
            <w:tcW w:w="65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98C89F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</w:pPr>
            <w:bookmarkStart w:id="5" w:name="_Int_Vi8TPqbJ"/>
            <w:r w:rsidRPr="3CAA1339"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  <w:t>Organisation</w:t>
            </w:r>
            <w:bookmarkEnd w:id="5"/>
            <w:r w:rsidRPr="3CAA1339"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  <w:t xml:space="preserve"> and contact details.</w:t>
            </w:r>
          </w:p>
        </w:tc>
      </w:tr>
      <w:tr w:rsidR="007F23E0" w14:paraId="29E14802" w14:textId="77777777" w:rsidTr="00B93D4A">
        <w:trPr>
          <w:jc w:val="center"/>
        </w:trPr>
        <w:tc>
          <w:tcPr>
            <w:tcW w:w="3816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69655A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Other business reference</w:t>
            </w:r>
          </w:p>
        </w:tc>
        <w:tc>
          <w:tcPr>
            <w:tcW w:w="65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6F51DE" w14:textId="77777777" w:rsidR="007F23E0" w:rsidRDefault="3CAA1339" w:rsidP="3CAA1339">
            <w:pPr>
              <w:spacing w:after="120" w:line="252" w:lineRule="auto"/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</w:pPr>
            <w:bookmarkStart w:id="6" w:name="_Int_xmh2dClJ"/>
            <w:r w:rsidRPr="3CAA1339"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  <w:t>Organisation</w:t>
            </w:r>
            <w:bookmarkEnd w:id="6"/>
            <w:r w:rsidRPr="3CAA1339">
              <w:rPr>
                <w:rFonts w:asciiTheme="majorHAnsi" w:eastAsiaTheme="majorEastAsia" w:hAnsiTheme="majorHAnsi" w:cstheme="majorBidi"/>
                <w:i/>
                <w:iCs/>
                <w:color w:val="6B6670"/>
                <w:sz w:val="20"/>
                <w:szCs w:val="20"/>
              </w:rPr>
              <w:t xml:space="preserve"> and contact details.</w:t>
            </w:r>
          </w:p>
        </w:tc>
      </w:tr>
    </w:tbl>
    <w:p w14:paraId="33371C1F" w14:textId="77777777" w:rsidR="00605EE4" w:rsidRDefault="00605EE4" w:rsidP="3CAA1339">
      <w:pPr>
        <w:pStyle w:val="AHSLEASectionHeading"/>
        <w:rPr>
          <w:rFonts w:asciiTheme="majorHAnsi" w:eastAsiaTheme="majorEastAsia" w:hAnsiTheme="majorHAnsi" w:cstheme="majorBidi"/>
        </w:rPr>
      </w:pPr>
    </w:p>
    <w:p w14:paraId="7DAF15F5" w14:textId="5DFC4D87" w:rsidR="007F23E0" w:rsidRPr="00605EE4" w:rsidRDefault="2298338D" w:rsidP="3CAA1339">
      <w:pPr>
        <w:pStyle w:val="AHSLEASectionHeading"/>
        <w:rPr>
          <w:rFonts w:asciiTheme="majorHAnsi" w:eastAsiaTheme="majorEastAsia" w:hAnsiTheme="majorHAnsi" w:cstheme="majorBidi"/>
        </w:rPr>
      </w:pPr>
      <w:r w:rsidRPr="00605EE4">
        <w:rPr>
          <w:rFonts w:asciiTheme="majorHAnsi" w:eastAsiaTheme="majorEastAsia" w:hAnsiTheme="majorHAnsi" w:cstheme="majorBidi"/>
        </w:rPr>
        <w:t>6</w:t>
      </w:r>
      <w:r w:rsidR="3CAA1339" w:rsidRPr="00605EE4">
        <w:rPr>
          <w:rFonts w:asciiTheme="majorHAnsi" w:eastAsiaTheme="majorEastAsia" w:hAnsiTheme="majorHAnsi" w:cstheme="majorBidi"/>
        </w:rPr>
        <w:t xml:space="preserve">. Membership </w:t>
      </w:r>
      <w:r w:rsidR="37E9C8AC" w:rsidRPr="00605EE4">
        <w:rPr>
          <w:rFonts w:asciiTheme="majorHAnsi" w:eastAsiaTheme="majorEastAsia" w:hAnsiTheme="majorHAnsi" w:cstheme="majorBidi"/>
        </w:rPr>
        <w:t>Fee</w:t>
      </w:r>
    </w:p>
    <w:p w14:paraId="283CB832" w14:textId="51960E5B" w:rsidR="3CAA1339" w:rsidRDefault="00605EE4">
      <w:r>
        <w:rPr>
          <w:rFonts w:asciiTheme="majorHAnsi" w:eastAsiaTheme="majorEastAsia" w:hAnsiTheme="majorHAnsi" w:cstheme="majorBidi"/>
          <w:sz w:val="20"/>
          <w:szCs w:val="20"/>
        </w:rPr>
        <w:t xml:space="preserve">     </w:t>
      </w:r>
      <w:r w:rsidR="3CAA1339" w:rsidRPr="3CAA1339">
        <w:rPr>
          <w:rFonts w:asciiTheme="majorHAnsi" w:eastAsiaTheme="majorEastAsia" w:hAnsiTheme="majorHAnsi" w:cstheme="majorBidi"/>
          <w:sz w:val="20"/>
          <w:szCs w:val="20"/>
        </w:rPr>
        <w:t>A</w:t>
      </w:r>
      <w:r w:rsidR="17A69767" w:rsidRPr="3CAA1339">
        <w:rPr>
          <w:rFonts w:asciiTheme="majorHAnsi" w:eastAsiaTheme="majorEastAsia" w:hAnsiTheme="majorHAnsi" w:cstheme="majorBidi"/>
          <w:sz w:val="20"/>
          <w:szCs w:val="20"/>
        </w:rPr>
        <w:t>UD</w:t>
      </w:r>
      <w:r w:rsidR="3CAA1339" w:rsidRPr="3CAA1339">
        <w:rPr>
          <w:rFonts w:asciiTheme="majorHAnsi" w:eastAsiaTheme="majorEastAsia" w:hAnsiTheme="majorHAnsi" w:cstheme="majorBidi"/>
          <w:sz w:val="20"/>
          <w:szCs w:val="20"/>
        </w:rPr>
        <w:t xml:space="preserve">$3,000 per annum plus GST. </w:t>
      </w:r>
    </w:p>
    <w:p w14:paraId="3BF0AB84" w14:textId="77777777" w:rsidR="00605EE4" w:rsidRDefault="00605EE4" w:rsidP="3CAA1339">
      <w:pPr>
        <w:spacing w:after="120"/>
        <w:rPr>
          <w:rFonts w:asciiTheme="majorHAnsi" w:eastAsiaTheme="majorEastAsia" w:hAnsiTheme="majorHAnsi" w:cstheme="majorBidi"/>
          <w:b/>
          <w:bCs/>
          <w:sz w:val="22"/>
        </w:rPr>
      </w:pPr>
    </w:p>
    <w:p w14:paraId="4F3E5E14" w14:textId="07434D14" w:rsidR="31A66822" w:rsidRDefault="31A66822" w:rsidP="3CAA1339">
      <w:pPr>
        <w:spacing w:after="120"/>
        <w:rPr>
          <w:rFonts w:asciiTheme="majorHAnsi" w:eastAsiaTheme="majorEastAsia" w:hAnsiTheme="majorHAnsi" w:cstheme="majorBidi"/>
          <w:b/>
          <w:bCs/>
          <w:sz w:val="22"/>
        </w:rPr>
      </w:pPr>
      <w:r w:rsidRPr="3CAA1339">
        <w:rPr>
          <w:rFonts w:asciiTheme="majorHAnsi" w:eastAsiaTheme="majorEastAsia" w:hAnsiTheme="majorHAnsi" w:cstheme="majorBidi"/>
          <w:b/>
          <w:bCs/>
          <w:sz w:val="22"/>
        </w:rPr>
        <w:lastRenderedPageBreak/>
        <w:t>7</w:t>
      </w:r>
      <w:r w:rsidR="323950FD" w:rsidRPr="3CAA1339">
        <w:rPr>
          <w:rFonts w:asciiTheme="majorHAnsi" w:eastAsiaTheme="majorEastAsia" w:hAnsiTheme="majorHAnsi" w:cstheme="majorBidi"/>
          <w:b/>
          <w:bCs/>
          <w:sz w:val="22"/>
        </w:rPr>
        <w:t>. Eligibility, declarations and governance requirements</w:t>
      </w:r>
    </w:p>
    <w:p w14:paraId="726C1C6F" w14:textId="0B5E3B31" w:rsidR="323950FD" w:rsidRDefault="323950FD" w:rsidP="3CAA1339">
      <w:pPr>
        <w:pStyle w:val="SmallText"/>
        <w:spacing w:after="120"/>
        <w:ind w:left="216"/>
        <w:rPr>
          <w:rFonts w:asciiTheme="majorHAnsi" w:eastAsiaTheme="majorEastAsia" w:hAnsiTheme="majorHAnsi" w:cstheme="majorBidi"/>
          <w:sz w:val="20"/>
          <w:szCs w:val="20"/>
        </w:rPr>
      </w:pPr>
      <w:r w:rsidRPr="3CAA1339">
        <w:rPr>
          <w:rFonts w:asciiTheme="majorHAnsi" w:eastAsiaTheme="majorEastAsia" w:hAnsiTheme="majorHAnsi" w:cstheme="majorBidi"/>
          <w:b/>
          <w:bCs/>
          <w:sz w:val="20"/>
          <w:szCs w:val="20"/>
        </w:rPr>
        <w:t xml:space="preserve">☐  </w:t>
      </w:r>
      <w:r w:rsidRPr="3CAA1339">
        <w:rPr>
          <w:rFonts w:asciiTheme="majorHAnsi" w:eastAsiaTheme="majorEastAsia" w:hAnsiTheme="majorHAnsi" w:cstheme="majorBidi"/>
          <w:sz w:val="20"/>
          <w:szCs w:val="20"/>
        </w:rPr>
        <w:t>The applicant applies for full membership of AHSLEA and, if accepted, agrees to be bound by the Association’s Constitution and policies.</w:t>
      </w:r>
    </w:p>
    <w:p w14:paraId="15D8BACB" w14:textId="77777777" w:rsidR="323950FD" w:rsidRDefault="323950FD" w:rsidP="3CAA1339">
      <w:pPr>
        <w:pStyle w:val="SmallText"/>
        <w:spacing w:after="120"/>
        <w:ind w:left="216"/>
        <w:rPr>
          <w:rFonts w:asciiTheme="majorHAnsi" w:eastAsiaTheme="majorEastAsia" w:hAnsiTheme="majorHAnsi" w:cstheme="majorBidi"/>
          <w:sz w:val="20"/>
          <w:szCs w:val="20"/>
        </w:rPr>
      </w:pPr>
      <w:r w:rsidRPr="3CAA1339">
        <w:rPr>
          <w:rFonts w:asciiTheme="majorHAnsi" w:eastAsiaTheme="majorEastAsia" w:hAnsiTheme="majorHAnsi" w:cstheme="majorBidi"/>
          <w:b/>
          <w:bCs/>
          <w:sz w:val="20"/>
          <w:szCs w:val="20"/>
        </w:rPr>
        <w:t xml:space="preserve">☐  </w:t>
      </w:r>
      <w:r w:rsidRPr="3CAA1339">
        <w:rPr>
          <w:rFonts w:asciiTheme="majorHAnsi" w:eastAsiaTheme="majorEastAsia" w:hAnsiTheme="majorHAnsi" w:cstheme="majorBidi"/>
          <w:sz w:val="20"/>
          <w:szCs w:val="20"/>
        </w:rPr>
        <w:t>The applicant confirms the information provided is true, current and complete to the best of its knowledge.</w:t>
      </w:r>
    </w:p>
    <w:p w14:paraId="40D9B4CE" w14:textId="77777777" w:rsidR="323950FD" w:rsidRDefault="323950FD" w:rsidP="3CAA1339">
      <w:pPr>
        <w:pStyle w:val="SmallText"/>
        <w:spacing w:after="120"/>
        <w:ind w:left="216"/>
        <w:rPr>
          <w:rFonts w:asciiTheme="majorHAnsi" w:eastAsiaTheme="majorEastAsia" w:hAnsiTheme="majorHAnsi" w:cstheme="majorBidi"/>
          <w:sz w:val="20"/>
          <w:szCs w:val="20"/>
        </w:rPr>
      </w:pPr>
      <w:r w:rsidRPr="3CAA1339">
        <w:rPr>
          <w:rFonts w:asciiTheme="majorHAnsi" w:eastAsiaTheme="majorEastAsia" w:hAnsiTheme="majorHAnsi" w:cstheme="majorBidi"/>
          <w:b/>
          <w:bCs/>
          <w:sz w:val="20"/>
          <w:szCs w:val="20"/>
        </w:rPr>
        <w:t xml:space="preserve">☐  </w:t>
      </w:r>
      <w:r w:rsidRPr="3CAA1339">
        <w:rPr>
          <w:rFonts w:asciiTheme="majorHAnsi" w:eastAsiaTheme="majorEastAsia" w:hAnsiTheme="majorHAnsi" w:cstheme="majorBidi"/>
          <w:sz w:val="20"/>
          <w:szCs w:val="20"/>
        </w:rPr>
        <w:t>The applicant consents to AHSLEA contacting referees and undertaking reasonable checks relevant to membership eligibility, reputation and business reliability.</w:t>
      </w:r>
    </w:p>
    <w:p w14:paraId="72CD3EED" w14:textId="77777777" w:rsidR="323950FD" w:rsidRDefault="323950FD" w:rsidP="3CAA1339">
      <w:pPr>
        <w:pStyle w:val="SmallText"/>
        <w:spacing w:after="120"/>
        <w:ind w:left="216"/>
        <w:rPr>
          <w:rFonts w:asciiTheme="majorHAnsi" w:eastAsiaTheme="majorEastAsia" w:hAnsiTheme="majorHAnsi" w:cstheme="majorBidi"/>
          <w:sz w:val="20"/>
          <w:szCs w:val="20"/>
        </w:rPr>
      </w:pPr>
      <w:r w:rsidRPr="3CAA1339">
        <w:rPr>
          <w:rFonts w:asciiTheme="majorHAnsi" w:eastAsiaTheme="majorEastAsia" w:hAnsiTheme="majorHAnsi" w:cstheme="majorBidi"/>
          <w:b/>
          <w:bCs/>
          <w:sz w:val="20"/>
          <w:szCs w:val="20"/>
        </w:rPr>
        <w:t xml:space="preserve">☐  </w:t>
      </w:r>
      <w:r w:rsidRPr="3CAA1339">
        <w:rPr>
          <w:rFonts w:asciiTheme="majorHAnsi" w:eastAsiaTheme="majorEastAsia" w:hAnsiTheme="majorHAnsi" w:cstheme="majorBidi"/>
          <w:sz w:val="20"/>
          <w:szCs w:val="20"/>
        </w:rPr>
        <w:t>The applicant agrees to promptly advise AHSLEA of any material change in ownership, control, contact details, eligibility or accreditation-relevant site details.</w:t>
      </w:r>
    </w:p>
    <w:p w14:paraId="20E3F458" w14:textId="77777777" w:rsidR="323950FD" w:rsidRDefault="323950FD" w:rsidP="3CAA1339">
      <w:pPr>
        <w:pStyle w:val="SmallText"/>
        <w:spacing w:after="120"/>
        <w:ind w:left="216"/>
        <w:rPr>
          <w:rFonts w:asciiTheme="majorHAnsi" w:eastAsiaTheme="majorEastAsia" w:hAnsiTheme="majorHAnsi" w:cstheme="majorBidi"/>
          <w:sz w:val="20"/>
          <w:szCs w:val="20"/>
        </w:rPr>
      </w:pPr>
      <w:r w:rsidRPr="3CAA1339">
        <w:rPr>
          <w:rFonts w:asciiTheme="majorHAnsi" w:eastAsiaTheme="majorEastAsia" w:hAnsiTheme="majorHAnsi" w:cstheme="majorBidi"/>
          <w:b/>
          <w:bCs/>
          <w:sz w:val="20"/>
          <w:szCs w:val="20"/>
        </w:rPr>
        <w:t xml:space="preserve">☐  </w:t>
      </w:r>
      <w:r w:rsidRPr="3CAA1339">
        <w:rPr>
          <w:rFonts w:asciiTheme="majorHAnsi" w:eastAsiaTheme="majorEastAsia" w:hAnsiTheme="majorHAnsi" w:cstheme="majorBidi"/>
          <w:sz w:val="20"/>
          <w:szCs w:val="20"/>
        </w:rPr>
        <w:t>The applicant acknowledges membership is subject to approval by AHSLEA and payment of the applicable subscription once invoiced.</w:t>
      </w:r>
    </w:p>
    <w:p w14:paraId="22856D62" w14:textId="77777777" w:rsidR="00605EE4" w:rsidRPr="00605EE4" w:rsidRDefault="00605EE4" w:rsidP="3CAA1339">
      <w:pPr>
        <w:pStyle w:val="AHSLEASectionHeading"/>
        <w:rPr>
          <w:rFonts w:asciiTheme="majorHAnsi" w:eastAsiaTheme="majorEastAsia" w:hAnsiTheme="majorHAnsi" w:cstheme="majorBidi"/>
          <w:sz w:val="20"/>
          <w:szCs w:val="20"/>
        </w:rPr>
      </w:pPr>
    </w:p>
    <w:p w14:paraId="480B657E" w14:textId="1AF0CA16" w:rsidR="007F23E0" w:rsidRPr="00605EE4" w:rsidRDefault="25F6F948" w:rsidP="3CAA1339">
      <w:pPr>
        <w:pStyle w:val="AHSLEASectionHeading"/>
        <w:rPr>
          <w:rFonts w:asciiTheme="majorHAnsi" w:eastAsiaTheme="majorEastAsia" w:hAnsiTheme="majorHAnsi" w:cstheme="majorBidi"/>
        </w:rPr>
      </w:pPr>
      <w:r w:rsidRPr="00605EE4">
        <w:rPr>
          <w:rFonts w:asciiTheme="majorHAnsi" w:eastAsiaTheme="majorEastAsia" w:hAnsiTheme="majorHAnsi" w:cstheme="majorBidi"/>
        </w:rPr>
        <w:t>8</w:t>
      </w:r>
      <w:r w:rsidR="3CAA1339" w:rsidRPr="00605EE4">
        <w:rPr>
          <w:rFonts w:asciiTheme="majorHAnsi" w:eastAsiaTheme="majorEastAsia" w:hAnsiTheme="majorHAnsi" w:cstheme="majorBidi"/>
        </w:rPr>
        <w:t xml:space="preserve">. Applicant </w:t>
      </w:r>
      <w:r w:rsidR="29316670" w:rsidRPr="00605EE4">
        <w:rPr>
          <w:rFonts w:asciiTheme="majorHAnsi" w:eastAsiaTheme="majorEastAsia" w:hAnsiTheme="majorHAnsi" w:cstheme="majorBidi"/>
        </w:rPr>
        <w:t>S</w:t>
      </w:r>
      <w:r w:rsidR="3CAA1339" w:rsidRPr="00605EE4">
        <w:rPr>
          <w:rFonts w:asciiTheme="majorHAnsi" w:eastAsiaTheme="majorEastAsia" w:hAnsiTheme="majorHAnsi" w:cstheme="majorBidi"/>
        </w:rPr>
        <w:t>ignature</w:t>
      </w:r>
    </w:p>
    <w:tbl>
      <w:tblPr>
        <w:tblW w:w="0" w:type="auto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7F23E0" w14:paraId="4E82AE05" w14:textId="77777777" w:rsidTr="00B93D4A">
        <w:tc>
          <w:tcPr>
            <w:tcW w:w="47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27A0A1" w14:textId="77777777" w:rsidR="007F23E0" w:rsidRDefault="3CAA1339" w:rsidP="3CAA1339">
            <w:pPr>
              <w:spacing w:after="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Signed for applicant</w:t>
            </w:r>
          </w:p>
          <w:p w14:paraId="66AC4DF1" w14:textId="77777777" w:rsidR="007F23E0" w:rsidRDefault="3CAA1339" w:rsidP="3CAA1339">
            <w:pPr>
              <w:spacing w:after="0" w:line="252" w:lineRule="auto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8BCCD0" w14:textId="77777777" w:rsidR="007F23E0" w:rsidRDefault="3CAA1339" w:rsidP="3CAA1339">
            <w:pPr>
              <w:spacing w:after="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Name and title</w:t>
            </w:r>
          </w:p>
          <w:p w14:paraId="131F8F3A" w14:textId="77777777" w:rsidR="007F23E0" w:rsidRDefault="3CAA1339" w:rsidP="3CAA1339">
            <w:pPr>
              <w:spacing w:after="0" w:line="252" w:lineRule="auto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F23E0" w14:paraId="4818FDD2" w14:textId="77777777" w:rsidTr="00B93D4A">
        <w:tc>
          <w:tcPr>
            <w:tcW w:w="47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CB031D" w14:textId="77777777" w:rsidR="007F23E0" w:rsidRDefault="3CAA1339" w:rsidP="3CAA1339">
            <w:pPr>
              <w:spacing w:after="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Signature</w:t>
            </w:r>
          </w:p>
          <w:p w14:paraId="455E230F" w14:textId="77777777" w:rsidR="007F23E0" w:rsidRDefault="3CAA1339" w:rsidP="3CAA1339">
            <w:pPr>
              <w:spacing w:after="0" w:line="252" w:lineRule="auto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1072FA" w14:textId="77777777" w:rsidR="007F23E0" w:rsidRDefault="3CAA1339" w:rsidP="3CAA1339">
            <w:pPr>
              <w:spacing w:after="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Date</w:t>
            </w:r>
          </w:p>
          <w:p w14:paraId="0A8DB014" w14:textId="77777777" w:rsidR="007F23E0" w:rsidRDefault="3CAA1339" w:rsidP="3CAA1339">
            <w:pPr>
              <w:spacing w:after="0" w:line="252" w:lineRule="auto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F23E0" w14:paraId="5552E77F" w14:textId="77777777" w:rsidTr="00B93D4A">
        <w:tc>
          <w:tcPr>
            <w:tcW w:w="47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015F66" w14:textId="77777777" w:rsidR="007F23E0" w:rsidRDefault="3CAA1339" w:rsidP="3CAA1339">
            <w:pPr>
              <w:spacing w:after="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Authority to sign</w:t>
            </w:r>
          </w:p>
          <w:p w14:paraId="03D8BA8D" w14:textId="77777777" w:rsidR="007F23E0" w:rsidRDefault="3CAA1339" w:rsidP="3CAA1339">
            <w:pPr>
              <w:spacing w:after="0" w:line="252" w:lineRule="auto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D9D2C8"/>
              <w:left w:val="single" w:sz="4" w:space="0" w:color="FFFFFF"/>
              <w:bottom w:val="single" w:sz="4" w:space="0" w:color="D9D2C8"/>
              <w:right w:val="single" w:sz="4" w:space="0" w:color="FFFFFF"/>
            </w:tcBorders>
            <w:shd w:val="clear" w:color="auto" w:fill="EEECE1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6D986F" w14:textId="77777777" w:rsidR="007F23E0" w:rsidRDefault="3CAA1339" w:rsidP="3CAA1339">
            <w:pPr>
              <w:spacing w:after="0" w:line="252" w:lineRule="auto"/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2F2A3D"/>
                <w:sz w:val="20"/>
                <w:szCs w:val="20"/>
              </w:rPr>
              <w:t>Email / phone</w:t>
            </w:r>
          </w:p>
          <w:p w14:paraId="69A0658A" w14:textId="77777777" w:rsidR="007F23E0" w:rsidRDefault="3CAA1339" w:rsidP="3CAA1339">
            <w:pPr>
              <w:spacing w:after="0" w:line="252" w:lineRule="auto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CAA1339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13D4F812" w14:textId="0D6BE07E" w:rsidR="007F23E0" w:rsidRDefault="007F23E0" w:rsidP="3CAA1339">
      <w:pPr>
        <w:pStyle w:val="AHSLEASectionHeading"/>
        <w:rPr>
          <w:rFonts w:asciiTheme="majorHAnsi" w:eastAsiaTheme="majorEastAsia" w:hAnsiTheme="majorHAnsi" w:cstheme="majorBidi"/>
          <w:sz w:val="20"/>
          <w:szCs w:val="20"/>
        </w:rPr>
      </w:pPr>
    </w:p>
    <w:p w14:paraId="2E0616DA" w14:textId="0AFB147D" w:rsidR="007F23E0" w:rsidRPr="00A21260" w:rsidRDefault="00A21260">
      <w:pPr>
        <w:pStyle w:val="AHSLEASectionHead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</w:t>
      </w:r>
      <w:r w:rsidRPr="00A21260">
        <w:rPr>
          <w:rFonts w:asciiTheme="majorHAnsi" w:hAnsiTheme="majorHAnsi" w:cstheme="majorHAnsi"/>
        </w:rPr>
        <w:t>hecklist</w:t>
      </w:r>
    </w:p>
    <w:p w14:paraId="0DFCD6E8" w14:textId="77777777" w:rsidR="007F23E0" w:rsidRPr="00A21260" w:rsidRDefault="00000000">
      <w:pPr>
        <w:pStyle w:val="SmallText"/>
        <w:ind w:left="216"/>
        <w:rPr>
          <w:rFonts w:asciiTheme="majorHAnsi" w:hAnsiTheme="majorHAnsi" w:cstheme="majorHAnsi"/>
          <w:sz w:val="20"/>
          <w:szCs w:val="20"/>
        </w:rPr>
      </w:pPr>
      <w:r w:rsidRPr="00A21260">
        <w:rPr>
          <w:rFonts w:ascii="Segoe UI Symbol" w:hAnsi="Segoe UI Symbol" w:cs="Segoe UI Symbol"/>
          <w:b/>
          <w:sz w:val="20"/>
          <w:szCs w:val="20"/>
        </w:rPr>
        <w:t>☐</w:t>
      </w:r>
      <w:r w:rsidRPr="00A21260">
        <w:rPr>
          <w:rFonts w:asciiTheme="majorHAnsi" w:hAnsiTheme="majorHAnsi" w:cstheme="majorHAnsi"/>
          <w:b/>
          <w:sz w:val="20"/>
          <w:szCs w:val="20"/>
        </w:rPr>
        <w:t xml:space="preserve">  </w:t>
      </w:r>
      <w:r w:rsidRPr="00A21260">
        <w:rPr>
          <w:rFonts w:asciiTheme="majorHAnsi" w:hAnsiTheme="majorHAnsi" w:cstheme="majorHAnsi"/>
          <w:sz w:val="20"/>
          <w:szCs w:val="20"/>
        </w:rPr>
        <w:t>Application completed in full</w:t>
      </w:r>
    </w:p>
    <w:p w14:paraId="13C59EEE" w14:textId="77777777" w:rsidR="007F23E0" w:rsidRPr="00A21260" w:rsidRDefault="00000000">
      <w:pPr>
        <w:pStyle w:val="SmallText"/>
        <w:ind w:left="216"/>
        <w:rPr>
          <w:rFonts w:asciiTheme="majorHAnsi" w:hAnsiTheme="majorHAnsi" w:cstheme="majorHAnsi"/>
          <w:sz w:val="20"/>
          <w:szCs w:val="20"/>
        </w:rPr>
      </w:pPr>
      <w:r w:rsidRPr="00A21260">
        <w:rPr>
          <w:rFonts w:ascii="Segoe UI Symbol" w:hAnsi="Segoe UI Symbol" w:cs="Segoe UI Symbol"/>
          <w:b/>
          <w:sz w:val="20"/>
          <w:szCs w:val="20"/>
        </w:rPr>
        <w:t>☐</w:t>
      </w:r>
      <w:r w:rsidRPr="00A21260">
        <w:rPr>
          <w:rFonts w:asciiTheme="majorHAnsi" w:hAnsiTheme="majorHAnsi" w:cstheme="majorHAnsi"/>
          <w:b/>
          <w:sz w:val="20"/>
          <w:szCs w:val="20"/>
        </w:rPr>
        <w:t xml:space="preserve">  </w:t>
      </w:r>
      <w:r w:rsidRPr="00A21260">
        <w:rPr>
          <w:rFonts w:asciiTheme="majorHAnsi" w:hAnsiTheme="majorHAnsi" w:cstheme="majorHAnsi"/>
          <w:sz w:val="20"/>
          <w:szCs w:val="20"/>
        </w:rPr>
        <w:t>Directors / partners and AHSLEA contacts provided</w:t>
      </w:r>
    </w:p>
    <w:p w14:paraId="0E0F615A" w14:textId="77777777" w:rsidR="007F23E0" w:rsidRPr="00A21260" w:rsidRDefault="00000000">
      <w:pPr>
        <w:pStyle w:val="SmallText"/>
        <w:ind w:left="216"/>
        <w:rPr>
          <w:rFonts w:asciiTheme="majorHAnsi" w:hAnsiTheme="majorHAnsi" w:cstheme="majorHAnsi"/>
          <w:sz w:val="20"/>
          <w:szCs w:val="20"/>
        </w:rPr>
      </w:pPr>
      <w:r w:rsidRPr="00A21260">
        <w:rPr>
          <w:rFonts w:ascii="Segoe UI Symbol" w:hAnsi="Segoe UI Symbol" w:cs="Segoe UI Symbol"/>
          <w:b/>
          <w:sz w:val="20"/>
          <w:szCs w:val="20"/>
        </w:rPr>
        <w:t>☐</w:t>
      </w:r>
      <w:r w:rsidRPr="00A21260">
        <w:rPr>
          <w:rFonts w:asciiTheme="majorHAnsi" w:hAnsiTheme="majorHAnsi" w:cstheme="majorHAnsi"/>
          <w:b/>
          <w:sz w:val="20"/>
          <w:szCs w:val="20"/>
        </w:rPr>
        <w:t xml:space="preserve">  </w:t>
      </w:r>
      <w:r w:rsidRPr="00A21260">
        <w:rPr>
          <w:rFonts w:asciiTheme="majorHAnsi" w:hAnsiTheme="majorHAnsi" w:cstheme="majorHAnsi"/>
          <w:sz w:val="20"/>
          <w:szCs w:val="20"/>
        </w:rPr>
        <w:t>Accreditation site addresses listed, if applicable</w:t>
      </w:r>
    </w:p>
    <w:p w14:paraId="4948C147" w14:textId="77777777" w:rsidR="007F23E0" w:rsidRPr="00A21260" w:rsidRDefault="00000000">
      <w:pPr>
        <w:pStyle w:val="SmallText"/>
        <w:ind w:left="216"/>
        <w:rPr>
          <w:rFonts w:asciiTheme="majorHAnsi" w:hAnsiTheme="majorHAnsi" w:cstheme="majorHAnsi"/>
          <w:sz w:val="20"/>
          <w:szCs w:val="20"/>
        </w:rPr>
      </w:pPr>
      <w:r w:rsidRPr="00A21260">
        <w:rPr>
          <w:rFonts w:ascii="Segoe UI Symbol" w:hAnsi="Segoe UI Symbol" w:cs="Segoe UI Symbol"/>
          <w:b/>
          <w:sz w:val="20"/>
          <w:szCs w:val="20"/>
        </w:rPr>
        <w:t>☐</w:t>
      </w:r>
      <w:r w:rsidRPr="00A21260">
        <w:rPr>
          <w:rFonts w:asciiTheme="majorHAnsi" w:hAnsiTheme="majorHAnsi" w:cstheme="majorHAnsi"/>
          <w:b/>
          <w:sz w:val="20"/>
          <w:szCs w:val="20"/>
        </w:rPr>
        <w:t xml:space="preserve">  </w:t>
      </w:r>
      <w:r w:rsidRPr="00A21260">
        <w:rPr>
          <w:rFonts w:asciiTheme="majorHAnsi" w:hAnsiTheme="majorHAnsi" w:cstheme="majorHAnsi"/>
          <w:sz w:val="20"/>
          <w:szCs w:val="20"/>
        </w:rPr>
        <w:t>Three references provided</w:t>
      </w:r>
    </w:p>
    <w:p w14:paraId="241B72B4" w14:textId="77777777" w:rsidR="007F23E0" w:rsidRPr="00A21260" w:rsidRDefault="00000000">
      <w:pPr>
        <w:pStyle w:val="SmallText"/>
        <w:ind w:left="216"/>
        <w:rPr>
          <w:rFonts w:asciiTheme="majorHAnsi" w:hAnsiTheme="majorHAnsi" w:cstheme="majorHAnsi"/>
          <w:sz w:val="20"/>
          <w:szCs w:val="20"/>
        </w:rPr>
      </w:pPr>
      <w:r w:rsidRPr="00A21260">
        <w:rPr>
          <w:rFonts w:ascii="Segoe UI Symbol" w:hAnsi="Segoe UI Symbol" w:cs="Segoe UI Symbol"/>
          <w:b/>
          <w:sz w:val="20"/>
          <w:szCs w:val="20"/>
        </w:rPr>
        <w:t>☐</w:t>
      </w:r>
      <w:r w:rsidRPr="00A21260">
        <w:rPr>
          <w:rFonts w:asciiTheme="majorHAnsi" w:hAnsiTheme="majorHAnsi" w:cstheme="majorHAnsi"/>
          <w:b/>
          <w:sz w:val="20"/>
          <w:szCs w:val="20"/>
        </w:rPr>
        <w:t xml:space="preserve">  </w:t>
      </w:r>
      <w:r w:rsidRPr="00A21260">
        <w:rPr>
          <w:rFonts w:asciiTheme="majorHAnsi" w:hAnsiTheme="majorHAnsi" w:cstheme="majorHAnsi"/>
          <w:sz w:val="20"/>
          <w:szCs w:val="20"/>
        </w:rPr>
        <w:t>Declarations completed</w:t>
      </w:r>
    </w:p>
    <w:p w14:paraId="3F184DDF" w14:textId="77777777" w:rsidR="007F23E0" w:rsidRPr="00A21260" w:rsidRDefault="00000000">
      <w:pPr>
        <w:pStyle w:val="SmallText"/>
        <w:ind w:left="216"/>
        <w:rPr>
          <w:rFonts w:asciiTheme="majorHAnsi" w:hAnsiTheme="majorHAnsi" w:cstheme="majorHAnsi"/>
          <w:sz w:val="20"/>
          <w:szCs w:val="20"/>
        </w:rPr>
      </w:pPr>
      <w:r w:rsidRPr="00A21260">
        <w:rPr>
          <w:rFonts w:ascii="Segoe UI Symbol" w:hAnsi="Segoe UI Symbol" w:cs="Segoe UI Symbol"/>
          <w:b/>
          <w:sz w:val="20"/>
          <w:szCs w:val="20"/>
        </w:rPr>
        <w:t>☐</w:t>
      </w:r>
      <w:r w:rsidRPr="00A21260">
        <w:rPr>
          <w:rFonts w:asciiTheme="majorHAnsi" w:hAnsiTheme="majorHAnsi" w:cstheme="majorHAnsi"/>
          <w:b/>
          <w:sz w:val="20"/>
          <w:szCs w:val="20"/>
        </w:rPr>
        <w:t xml:space="preserve">  </w:t>
      </w:r>
      <w:r w:rsidRPr="00A21260">
        <w:rPr>
          <w:rFonts w:asciiTheme="majorHAnsi" w:hAnsiTheme="majorHAnsi" w:cstheme="majorHAnsi"/>
          <w:sz w:val="20"/>
          <w:szCs w:val="20"/>
        </w:rPr>
        <w:t>Signed by authorised representative</w:t>
      </w:r>
    </w:p>
    <w:p w14:paraId="7F5C6BB1" w14:textId="77777777" w:rsidR="007F23E0" w:rsidRPr="00A21260" w:rsidRDefault="3CAA1339">
      <w:pPr>
        <w:pStyle w:val="SmallText"/>
        <w:ind w:left="216"/>
        <w:rPr>
          <w:rFonts w:asciiTheme="majorHAnsi" w:hAnsiTheme="majorHAnsi" w:cstheme="majorHAnsi"/>
          <w:sz w:val="20"/>
          <w:szCs w:val="20"/>
        </w:rPr>
      </w:pPr>
      <w:r w:rsidRPr="00A21260">
        <w:rPr>
          <w:rFonts w:ascii="Segoe UI Symbol" w:hAnsi="Segoe UI Symbol" w:cs="Segoe UI Symbol"/>
          <w:b/>
          <w:bCs/>
          <w:sz w:val="20"/>
          <w:szCs w:val="20"/>
        </w:rPr>
        <w:t>☐</w:t>
      </w:r>
      <w:r w:rsidRPr="00A21260">
        <w:rPr>
          <w:rFonts w:asciiTheme="majorHAnsi" w:hAnsiTheme="majorHAnsi" w:cstheme="majorHAnsi"/>
          <w:b/>
          <w:bCs/>
          <w:sz w:val="20"/>
          <w:szCs w:val="20"/>
        </w:rPr>
        <w:t xml:space="preserve">  </w:t>
      </w:r>
      <w:r w:rsidRPr="00A21260">
        <w:rPr>
          <w:rFonts w:asciiTheme="majorHAnsi" w:hAnsiTheme="majorHAnsi" w:cstheme="majorHAnsi"/>
          <w:sz w:val="20"/>
          <w:szCs w:val="20"/>
        </w:rPr>
        <w:t>Proposer and seconder completed, where required</w:t>
      </w:r>
    </w:p>
    <w:p w14:paraId="54AA36C2" w14:textId="77777777" w:rsidR="00C75997" w:rsidRDefault="00C75997"/>
    <w:sectPr w:rsidR="00C75997" w:rsidSect="00034616">
      <w:headerReference w:type="default" r:id="rId9"/>
      <w:footerReference w:type="default" r:id="rId10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C13A7" w14:textId="77777777" w:rsidR="00764D88" w:rsidRDefault="00764D88">
      <w:pPr>
        <w:spacing w:after="0" w:line="240" w:lineRule="auto"/>
      </w:pPr>
      <w:r>
        <w:separator/>
      </w:r>
    </w:p>
  </w:endnote>
  <w:endnote w:type="continuationSeparator" w:id="0">
    <w:p w14:paraId="7ED9843D" w14:textId="77777777" w:rsidR="00764D88" w:rsidRDefault="00764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A07C5" w14:textId="6D848205" w:rsidR="007F23E0" w:rsidRDefault="3CAA1339" w:rsidP="3CAA1339">
    <w:pPr>
      <w:pStyle w:val="Footer"/>
      <w:spacing w:line="252" w:lineRule="auto"/>
      <w:jc w:val="center"/>
    </w:pPr>
    <w:r w:rsidRPr="3CAA1339">
      <w:rPr>
        <w:color w:val="6B6670"/>
        <w:sz w:val="14"/>
        <w:szCs w:val="14"/>
      </w:rPr>
      <w:t xml:space="preserve">AHSLEA Full Membership Application Form - </w:t>
    </w:r>
    <w:r w:rsidRPr="3CAA1339">
      <w:rPr>
        <w:rFonts w:eastAsia="Aptos"/>
        <w:color w:val="2F2A3D"/>
        <w:sz w:val="16"/>
        <w:szCs w:val="16"/>
      </w:rPr>
      <w:t>Version: 2026.1</w:t>
    </w:r>
  </w:p>
  <w:p w14:paraId="6B557318" w14:textId="3B27B95E" w:rsidR="007F23E0" w:rsidRDefault="007F23E0" w:rsidP="3CAA1339">
    <w:pPr>
      <w:pStyle w:val="Footer"/>
      <w:jc w:val="center"/>
      <w:rPr>
        <w:color w:val="6B667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1082F" w14:textId="77777777" w:rsidR="00764D88" w:rsidRDefault="00764D88">
      <w:pPr>
        <w:spacing w:after="0" w:line="240" w:lineRule="auto"/>
      </w:pPr>
      <w:r>
        <w:separator/>
      </w:r>
    </w:p>
  </w:footnote>
  <w:footnote w:type="continuationSeparator" w:id="0">
    <w:p w14:paraId="1296CCDA" w14:textId="77777777" w:rsidR="00764D88" w:rsidRDefault="00764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50"/>
      <w:gridCol w:w="3550"/>
      <w:gridCol w:w="3550"/>
    </w:tblGrid>
    <w:tr w:rsidR="3CAA1339" w14:paraId="7EE7CF37" w14:textId="77777777" w:rsidTr="3CAA1339">
      <w:trPr>
        <w:trHeight w:val="300"/>
      </w:trPr>
      <w:tc>
        <w:tcPr>
          <w:tcW w:w="3550" w:type="dxa"/>
        </w:tcPr>
        <w:p w14:paraId="43334B7E" w14:textId="20573248" w:rsidR="3CAA1339" w:rsidRDefault="3CAA1339" w:rsidP="3CAA1339">
          <w:pPr>
            <w:pStyle w:val="Header"/>
            <w:ind w:left="-115"/>
          </w:pPr>
        </w:p>
      </w:tc>
      <w:tc>
        <w:tcPr>
          <w:tcW w:w="3550" w:type="dxa"/>
        </w:tcPr>
        <w:p w14:paraId="1C4FEF80" w14:textId="70D21C89" w:rsidR="3CAA1339" w:rsidRDefault="3CAA1339" w:rsidP="3CAA1339">
          <w:pPr>
            <w:pStyle w:val="Header"/>
            <w:jc w:val="center"/>
          </w:pPr>
        </w:p>
      </w:tc>
      <w:tc>
        <w:tcPr>
          <w:tcW w:w="3550" w:type="dxa"/>
        </w:tcPr>
        <w:p w14:paraId="57236F36" w14:textId="3582D375" w:rsidR="3CAA1339" w:rsidRDefault="3CAA1339" w:rsidP="3CAA1339">
          <w:pPr>
            <w:pStyle w:val="Header"/>
            <w:ind w:right="-115"/>
            <w:jc w:val="right"/>
          </w:pPr>
        </w:p>
      </w:tc>
    </w:tr>
  </w:tbl>
  <w:p w14:paraId="45E4CCAC" w14:textId="4C259335" w:rsidR="3CAA1339" w:rsidRDefault="3CAA1339" w:rsidP="3CAA133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mh2dClJ" int2:invalidationBookmarkName="" int2:hashCode="bpnB07FQLAkNzQ" int2:id="AOJYEoOn">
      <int2:state int2:value="Rejected" int2:type="spell"/>
    </int2:bookmark>
    <int2:bookmark int2:bookmarkName="_Int_Vi8TPqbJ" int2:invalidationBookmarkName="" int2:hashCode="bpnB07FQLAkNzQ" int2:id="IDewDWLT">
      <int2:state int2:value="Rejected" int2:type="spell"/>
    </int2:bookmark>
    <int2:bookmark int2:bookmarkName="_Int_Uq0Jd8vk" int2:invalidationBookmarkName="" int2:hashCode="m/C6mGJeQTWOW1" int2:id="RDBuGxN4">
      <int2:state int2:value="Rejected" int2:type="spell"/>
    </int2:bookmark>
    <int2:bookmark int2:bookmarkName="_Int_tVJUGhud" int2:invalidationBookmarkName="" int2:hashCode="m/C6mGJeQTWOW1" int2:id="ZD3clSEs">
      <int2:state int2:value="Rejected" int2:type="spell"/>
    </int2:bookmark>
    <int2:bookmark int2:bookmarkName="_Int_lHa9nCgq" int2:invalidationBookmarkName="" int2:hashCode="Zyagtfk0cqCv1L" int2:id="EoEHp9CP">
      <int2:state int2:value="Rejected" int2:type="spell"/>
    </int2:bookmark>
    <int2:bookmark int2:bookmarkName="_Int_th1bygHs" int2:invalidationBookmarkName="" int2:hashCode="/vjoidw7xBQork" int2:id="7hsCTN6o">
      <int2:state int2:value="Rejected" int2:type="spell"/>
    </int2:bookmark>
    <int2:bookmark int2:bookmarkName="_Int_igvBl9Ok" int2:invalidationBookmarkName="" int2:hashCode="Zyagtfk0cqCv1L" int2:id="JeKh93wv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5800567">
    <w:abstractNumId w:val="8"/>
  </w:num>
  <w:num w:numId="2" w16cid:durableId="1130049804">
    <w:abstractNumId w:val="6"/>
  </w:num>
  <w:num w:numId="3" w16cid:durableId="2005552649">
    <w:abstractNumId w:val="5"/>
  </w:num>
  <w:num w:numId="4" w16cid:durableId="489562183">
    <w:abstractNumId w:val="4"/>
  </w:num>
  <w:num w:numId="5" w16cid:durableId="1202979308">
    <w:abstractNumId w:val="7"/>
  </w:num>
  <w:num w:numId="6" w16cid:durableId="760563318">
    <w:abstractNumId w:val="3"/>
  </w:num>
  <w:num w:numId="7" w16cid:durableId="1780374682">
    <w:abstractNumId w:val="2"/>
  </w:num>
  <w:num w:numId="8" w16cid:durableId="1531642783">
    <w:abstractNumId w:val="1"/>
  </w:num>
  <w:num w:numId="9" w16cid:durableId="163599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5313C"/>
    <w:rsid w:val="00605EE4"/>
    <w:rsid w:val="00764D88"/>
    <w:rsid w:val="007F23E0"/>
    <w:rsid w:val="00A21260"/>
    <w:rsid w:val="00AA1D8D"/>
    <w:rsid w:val="00B47730"/>
    <w:rsid w:val="00B93D4A"/>
    <w:rsid w:val="00C75997"/>
    <w:rsid w:val="00CA28B5"/>
    <w:rsid w:val="00CB0664"/>
    <w:rsid w:val="00FC693F"/>
    <w:rsid w:val="011E0354"/>
    <w:rsid w:val="012FE180"/>
    <w:rsid w:val="04500E7F"/>
    <w:rsid w:val="075A054F"/>
    <w:rsid w:val="0C8D63C2"/>
    <w:rsid w:val="0ECA036C"/>
    <w:rsid w:val="102DDDE5"/>
    <w:rsid w:val="11CAC02E"/>
    <w:rsid w:val="134D4BD4"/>
    <w:rsid w:val="17A69767"/>
    <w:rsid w:val="1A5FE8E4"/>
    <w:rsid w:val="1B130D35"/>
    <w:rsid w:val="1E5E7674"/>
    <w:rsid w:val="1E9578C8"/>
    <w:rsid w:val="220B5D13"/>
    <w:rsid w:val="2280106C"/>
    <w:rsid w:val="2298338D"/>
    <w:rsid w:val="244965B0"/>
    <w:rsid w:val="244C184A"/>
    <w:rsid w:val="2467AF29"/>
    <w:rsid w:val="25F6F948"/>
    <w:rsid w:val="267C3CBA"/>
    <w:rsid w:val="28387637"/>
    <w:rsid w:val="29316670"/>
    <w:rsid w:val="2941A8DE"/>
    <w:rsid w:val="2D37AB59"/>
    <w:rsid w:val="2FA66F0E"/>
    <w:rsid w:val="31A66822"/>
    <w:rsid w:val="31D3272D"/>
    <w:rsid w:val="323950FD"/>
    <w:rsid w:val="34A00886"/>
    <w:rsid w:val="3597ED64"/>
    <w:rsid w:val="37BBAAC3"/>
    <w:rsid w:val="37E9C8AC"/>
    <w:rsid w:val="3A2F38F5"/>
    <w:rsid w:val="3CA75429"/>
    <w:rsid w:val="3CAA1339"/>
    <w:rsid w:val="3F2AE2FD"/>
    <w:rsid w:val="43361568"/>
    <w:rsid w:val="4447FB2A"/>
    <w:rsid w:val="484A9EFF"/>
    <w:rsid w:val="486563EE"/>
    <w:rsid w:val="4A4EFC61"/>
    <w:rsid w:val="4B0F5A49"/>
    <w:rsid w:val="4F145BF9"/>
    <w:rsid w:val="54680347"/>
    <w:rsid w:val="555262DD"/>
    <w:rsid w:val="5A858696"/>
    <w:rsid w:val="5ACB81B4"/>
    <w:rsid w:val="5DCCC768"/>
    <w:rsid w:val="645AFBD1"/>
    <w:rsid w:val="66941135"/>
    <w:rsid w:val="669DE029"/>
    <w:rsid w:val="691F9D20"/>
    <w:rsid w:val="6D274BAD"/>
    <w:rsid w:val="75298E5A"/>
    <w:rsid w:val="79DD555F"/>
    <w:rsid w:val="7AEA9467"/>
    <w:rsid w:val="7DB56770"/>
    <w:rsid w:val="7EC59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A3D574D5-EA05-4EA6-A5F3-3AC5F7B9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HSLEASectionHeading">
    <w:name w:val="AHSLEA Section Heading"/>
    <w:pPr>
      <w:spacing w:before="100" w:after="60"/>
    </w:pPr>
    <w:rPr>
      <w:rFonts w:ascii="Aptos" w:eastAsia="Aptos" w:hAnsi="Aptos"/>
      <w:b/>
      <w:color w:val="2F2A3D"/>
    </w:rPr>
  </w:style>
  <w:style w:type="paragraph" w:customStyle="1" w:styleId="AHSLEASubheading">
    <w:name w:val="AHSLEA Subheading"/>
    <w:pPr>
      <w:spacing w:before="100" w:after="60"/>
    </w:pPr>
    <w:rPr>
      <w:rFonts w:ascii="Aptos" w:eastAsia="Aptos" w:hAnsi="Aptos"/>
      <w:b/>
      <w:color w:val="D5893E"/>
      <w:sz w:val="18"/>
    </w:rPr>
  </w:style>
  <w:style w:type="paragraph" w:customStyle="1" w:styleId="SmallText">
    <w:name w:val="Small Text"/>
    <w:pPr>
      <w:spacing w:before="100" w:after="60"/>
    </w:pPr>
    <w:rPr>
      <w:rFonts w:ascii="Aptos" w:eastAsia="Aptos" w:hAnsi="Aptos"/>
      <w:color w:val="6B6670"/>
      <w:sz w:val="15"/>
    </w:rPr>
  </w:style>
  <w:style w:type="character" w:styleId="Hyperlink">
    <w:name w:val="Hyperlink"/>
    <w:basedOn w:val="DefaultParagraphFont"/>
    <w:uiPriority w:val="99"/>
    <w:unhideWhenUsed/>
    <w:rsid w:val="3CAA13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450</Words>
  <Characters>2569</Characters>
  <Application>Microsoft Office Word</Application>
  <DocSecurity>0</DocSecurity>
  <Lines>21</Lines>
  <Paragraphs>6</Paragraphs>
  <ScaleCrop>false</ScaleCrop>
  <Manager/>
  <Company/>
  <LinksUpToDate>false</LinksUpToDate>
  <CharactersWithSpaces>3013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AHSLEA Full Membership Application Form 2026 - Modernised</dc:title>
  <dc:subject>Modernised full member application form</dc:subject>
  <dc:creator>Carolyn</dc:creator>
  <cp:keywords/>
  <dc:description>generated by python-docx</dc:description>
  <cp:lastModifiedBy>Carolyn</cp:lastModifiedBy>
  <cp:revision>5</cp:revision>
  <dcterms:created xsi:type="dcterms:W3CDTF">2026-07-24T02:26:00Z</dcterms:created>
  <dcterms:modified xsi:type="dcterms:W3CDTF">2026-07-24T05:07:00Z</dcterms:modified>
  <cp:category/>
</cp:coreProperties>
</file>